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E7158" w14:textId="77777777" w:rsidR="007C7F85" w:rsidRPr="008F7A08" w:rsidRDefault="006330C0" w:rsidP="007C7F85">
      <w:pPr>
        <w:jc w:val="center"/>
        <w:rPr>
          <w:rFonts w:ascii="Calibri" w:eastAsia="Calibri" w:hAnsi="Calibri" w:cs="Calibri"/>
          <w:sz w:val="28"/>
          <w:szCs w:val="28"/>
          <w:lang w:val="it-IT"/>
        </w:rPr>
      </w:pPr>
      <w:r w:rsidRPr="003F4686">
        <w:rPr>
          <w:i/>
          <w:lang w:val="it-IT"/>
        </w:rPr>
        <w:br/>
      </w:r>
      <w:r w:rsidR="007C7F85" w:rsidRPr="008F7A08">
        <w:rPr>
          <w:rFonts w:ascii="Antique Olive Roman" w:eastAsia="Calibri" w:hAnsi="Antique Olive Roman" w:cs="Calibri"/>
          <w:spacing w:val="36"/>
          <w:sz w:val="28"/>
          <w:szCs w:val="28"/>
          <w:lang w:val="it-IT"/>
        </w:rPr>
        <w:t xml:space="preserve">ISTITUTO TECNICO </w:t>
      </w:r>
      <w:proofErr w:type="gramStart"/>
      <w:r w:rsidR="007C7F85" w:rsidRPr="008F7A08">
        <w:rPr>
          <w:rFonts w:ascii="Antique Olive Roman" w:eastAsia="Calibri" w:hAnsi="Antique Olive Roman" w:cs="Calibri"/>
          <w:spacing w:val="36"/>
          <w:sz w:val="28"/>
          <w:szCs w:val="28"/>
          <w:lang w:val="it-IT"/>
        </w:rPr>
        <w:t>STATALE  “</w:t>
      </w:r>
      <w:proofErr w:type="gramEnd"/>
      <w:r w:rsidR="007C7F85" w:rsidRPr="008F7A08">
        <w:rPr>
          <w:rFonts w:ascii="Antique Olive Roman" w:eastAsia="Calibri" w:hAnsi="Antique Olive Roman" w:cs="Calibri"/>
          <w:spacing w:val="36"/>
          <w:sz w:val="28"/>
          <w:szCs w:val="28"/>
          <w:lang w:val="it-IT"/>
        </w:rPr>
        <w:t>Luigi Sturzo”</w:t>
      </w:r>
    </w:p>
    <w:p w14:paraId="6E6EF6D0" w14:textId="77777777" w:rsidR="007C7F85" w:rsidRPr="007C7F85" w:rsidRDefault="007C7F85" w:rsidP="007C7F85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lang w:val="it-IT"/>
        </w:rPr>
      </w:pPr>
      <w:r w:rsidRPr="007C7F85">
        <w:rPr>
          <w:rFonts w:ascii="Calibri" w:eastAsia="Calibri" w:hAnsi="Calibri" w:cs="Calibri"/>
          <w:b/>
          <w:sz w:val="20"/>
          <w:szCs w:val="20"/>
          <w:lang w:val="it-IT"/>
        </w:rPr>
        <w:t xml:space="preserve">Settore Economico: “Amministrazione, Finanza e </w:t>
      </w:r>
      <w:proofErr w:type="gramStart"/>
      <w:r w:rsidRPr="007C7F85">
        <w:rPr>
          <w:rFonts w:ascii="Calibri" w:eastAsia="Calibri" w:hAnsi="Calibri" w:cs="Calibri"/>
          <w:b/>
          <w:sz w:val="20"/>
          <w:szCs w:val="20"/>
          <w:lang w:val="it-IT"/>
        </w:rPr>
        <w:t>Marketing“ –</w:t>
      </w:r>
      <w:proofErr w:type="gramEnd"/>
      <w:r w:rsidRPr="007C7F85">
        <w:rPr>
          <w:rFonts w:ascii="Calibri" w:eastAsia="Calibri" w:hAnsi="Calibri" w:cs="Calibri"/>
          <w:b/>
          <w:sz w:val="20"/>
          <w:szCs w:val="20"/>
          <w:lang w:val="it-IT"/>
        </w:rPr>
        <w:t xml:space="preserve"> “Turismo” </w:t>
      </w:r>
    </w:p>
    <w:p w14:paraId="31FF6C18" w14:textId="77777777" w:rsidR="007C7F85" w:rsidRPr="007C7F85" w:rsidRDefault="007C7F85" w:rsidP="007C7F85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/>
          <w:sz w:val="20"/>
          <w:szCs w:val="20"/>
          <w:lang w:val="it-IT"/>
        </w:rPr>
      </w:pPr>
      <w:r w:rsidRPr="007C7F85">
        <w:rPr>
          <w:rFonts w:ascii="Calibri" w:eastAsia="Calibri" w:hAnsi="Calibri" w:cs="Calibri"/>
          <w:b/>
          <w:sz w:val="20"/>
          <w:szCs w:val="20"/>
          <w:lang w:val="it-IT"/>
        </w:rPr>
        <w:t>Settore tecnologico: “Biotecnologie Sanitarie” e “Biotecnologie Ambientali”</w:t>
      </w:r>
    </w:p>
    <w:p w14:paraId="2EE2A92A" w14:textId="77777777" w:rsidR="007C7F85" w:rsidRPr="007C7F85" w:rsidRDefault="007C7F85" w:rsidP="007C7F85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lang w:val="it-IT"/>
        </w:rPr>
      </w:pPr>
      <w:r w:rsidRPr="007C7F85">
        <w:rPr>
          <w:rFonts w:ascii="Calibri" w:eastAsia="Calibri" w:hAnsi="Calibri" w:cs="Calibri"/>
          <w:i/>
          <w:sz w:val="20"/>
          <w:szCs w:val="20"/>
          <w:lang w:val="it-IT"/>
        </w:rPr>
        <w:t xml:space="preserve">Via G. D’Annunzio 23 – 80053 </w:t>
      </w:r>
      <w:proofErr w:type="spellStart"/>
      <w:r w:rsidRPr="007C7F85">
        <w:rPr>
          <w:rFonts w:ascii="Calibri" w:eastAsia="Calibri" w:hAnsi="Calibri" w:cs="Calibri"/>
          <w:i/>
          <w:sz w:val="20"/>
          <w:szCs w:val="20"/>
          <w:lang w:val="it-IT"/>
        </w:rPr>
        <w:t>C.mare</w:t>
      </w:r>
      <w:proofErr w:type="spellEnd"/>
      <w:r w:rsidRPr="007C7F85">
        <w:rPr>
          <w:rFonts w:ascii="Calibri" w:eastAsia="Calibri" w:hAnsi="Calibri" w:cs="Calibri"/>
          <w:i/>
          <w:sz w:val="20"/>
          <w:szCs w:val="20"/>
          <w:lang w:val="it-IT"/>
        </w:rPr>
        <w:t xml:space="preserve"> di Stabia (Na) Tel. </w:t>
      </w:r>
      <w:proofErr w:type="gramStart"/>
      <w:r w:rsidRPr="007C7F85">
        <w:rPr>
          <w:rFonts w:ascii="Calibri" w:eastAsia="Calibri" w:hAnsi="Calibri" w:cs="Calibri"/>
          <w:i/>
          <w:sz w:val="20"/>
          <w:szCs w:val="20"/>
          <w:lang w:val="it-IT"/>
        </w:rPr>
        <w:t>081.871.29.20  Fax</w:t>
      </w:r>
      <w:proofErr w:type="gramEnd"/>
      <w:r w:rsidRPr="007C7F85">
        <w:rPr>
          <w:rFonts w:ascii="Calibri" w:eastAsia="Calibri" w:hAnsi="Calibri" w:cs="Calibri"/>
          <w:i/>
          <w:sz w:val="20"/>
          <w:szCs w:val="20"/>
          <w:lang w:val="it-IT"/>
        </w:rPr>
        <w:t xml:space="preserve"> 081.391.51.19 </w:t>
      </w:r>
    </w:p>
    <w:p w14:paraId="48807EEF" w14:textId="77777777" w:rsidR="007C7F85" w:rsidRPr="007C7F85" w:rsidRDefault="007C7F85" w:rsidP="007C7F85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lang w:val="it-IT"/>
        </w:rPr>
      </w:pPr>
      <w:r w:rsidRPr="007C7F85">
        <w:rPr>
          <w:rFonts w:ascii="Calibri" w:eastAsia="Calibri" w:hAnsi="Calibri" w:cs="Calibri"/>
          <w:i/>
          <w:sz w:val="20"/>
          <w:szCs w:val="20"/>
          <w:lang w:val="it-IT"/>
        </w:rPr>
        <w:t>C.M. NATD</w:t>
      </w:r>
      <w:proofErr w:type="gramStart"/>
      <w:r w:rsidRPr="007C7F85">
        <w:rPr>
          <w:rFonts w:ascii="Calibri" w:eastAsia="Calibri" w:hAnsi="Calibri" w:cs="Calibri"/>
          <w:i/>
          <w:sz w:val="20"/>
          <w:szCs w:val="20"/>
          <w:lang w:val="it-IT"/>
        </w:rPr>
        <w:t>100007  -</w:t>
      </w:r>
      <w:proofErr w:type="gramEnd"/>
      <w:r w:rsidRPr="007C7F85">
        <w:rPr>
          <w:rFonts w:ascii="Calibri" w:eastAsia="Calibri" w:hAnsi="Calibri" w:cs="Calibri"/>
          <w:i/>
          <w:sz w:val="20"/>
          <w:szCs w:val="20"/>
          <w:lang w:val="it-IT"/>
        </w:rPr>
        <w:t xml:space="preserve">   C.F.82010360632  </w:t>
      </w:r>
    </w:p>
    <w:p w14:paraId="04926607" w14:textId="77777777" w:rsidR="007C7F85" w:rsidRPr="007C7F85" w:rsidRDefault="007C7F85" w:rsidP="007C7F85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lang w:val="it-IT"/>
        </w:rPr>
      </w:pPr>
      <w:hyperlink r:id="rId8" w:history="1">
        <w:r w:rsidRPr="007C7F85">
          <w:rPr>
            <w:rFonts w:ascii="Calibri" w:eastAsia="Calibri" w:hAnsi="Calibri" w:cs="Calibri"/>
            <w:i/>
            <w:color w:val="0563C1"/>
            <w:sz w:val="20"/>
            <w:szCs w:val="20"/>
            <w:u w:val="single"/>
            <w:lang w:val="it-IT"/>
          </w:rPr>
          <w:t>www.itsturzo.edu.it</w:t>
        </w:r>
      </w:hyperlink>
      <w:r w:rsidRPr="007C7F85">
        <w:rPr>
          <w:rFonts w:ascii="Calibri" w:eastAsia="Calibri" w:hAnsi="Calibri" w:cs="Calibri"/>
          <w:i/>
          <w:sz w:val="20"/>
          <w:szCs w:val="20"/>
          <w:lang w:val="it-IT"/>
        </w:rPr>
        <w:t xml:space="preserve">   e-mail: </w:t>
      </w:r>
      <w:hyperlink r:id="rId9" w:history="1">
        <w:r w:rsidRPr="007C7F85">
          <w:rPr>
            <w:rFonts w:ascii="Calibri" w:eastAsia="Calibri" w:hAnsi="Calibri" w:cs="Calibri"/>
            <w:i/>
            <w:color w:val="0000FF"/>
            <w:sz w:val="20"/>
            <w:szCs w:val="20"/>
            <w:u w:val="single"/>
            <w:lang w:val="it-IT"/>
          </w:rPr>
          <w:t>natd100007@istruzione.it</w:t>
        </w:r>
      </w:hyperlink>
      <w:r w:rsidRPr="007C7F85">
        <w:rPr>
          <w:rFonts w:ascii="Calibri" w:eastAsia="Calibri" w:hAnsi="Calibri" w:cs="Calibri"/>
          <w:i/>
          <w:sz w:val="20"/>
          <w:szCs w:val="20"/>
          <w:lang w:val="it-IT"/>
        </w:rPr>
        <w:t xml:space="preserve">   </w:t>
      </w:r>
      <w:proofErr w:type="spellStart"/>
      <w:r w:rsidRPr="007C7F85">
        <w:rPr>
          <w:rFonts w:ascii="Calibri" w:eastAsia="Calibri" w:hAnsi="Calibri" w:cs="Calibri"/>
          <w:i/>
          <w:sz w:val="20"/>
          <w:szCs w:val="20"/>
          <w:lang w:val="it-IT"/>
        </w:rPr>
        <w:t>pec</w:t>
      </w:r>
      <w:proofErr w:type="spellEnd"/>
      <w:r w:rsidRPr="007C7F85">
        <w:rPr>
          <w:rFonts w:ascii="Calibri" w:eastAsia="Calibri" w:hAnsi="Calibri" w:cs="Calibri"/>
          <w:i/>
          <w:sz w:val="20"/>
          <w:szCs w:val="20"/>
          <w:lang w:val="it-IT"/>
        </w:rPr>
        <w:t xml:space="preserve">: </w:t>
      </w:r>
      <w:hyperlink r:id="rId10" w:history="1">
        <w:r w:rsidRPr="007C7F85">
          <w:rPr>
            <w:rFonts w:ascii="Calibri" w:eastAsia="Calibri" w:hAnsi="Calibri" w:cs="Calibri"/>
            <w:i/>
            <w:color w:val="0000FF"/>
            <w:sz w:val="20"/>
            <w:szCs w:val="20"/>
            <w:u w:val="single"/>
            <w:lang w:val="it-IT"/>
          </w:rPr>
          <w:t>natd100007@pec.istruzione.it</w:t>
        </w:r>
      </w:hyperlink>
    </w:p>
    <w:p w14:paraId="7301FFBA" w14:textId="77777777" w:rsidR="008F7A08" w:rsidRDefault="008F7A08" w:rsidP="008F7A08">
      <w:pPr>
        <w:ind w:right="581"/>
        <w:jc w:val="both"/>
        <w:rPr>
          <w:i/>
          <w:lang w:val="it-IT"/>
        </w:rPr>
      </w:pPr>
    </w:p>
    <w:p w14:paraId="6DB5FD7B" w14:textId="607E0986" w:rsidR="008F7A08" w:rsidRPr="008F7A08" w:rsidRDefault="008F7A08" w:rsidP="008F7A08">
      <w:pPr>
        <w:ind w:right="581"/>
        <w:jc w:val="center"/>
        <w:rPr>
          <w:b/>
          <w:bCs/>
        </w:rPr>
      </w:pPr>
      <w:r w:rsidRPr="008F7A08">
        <w:rPr>
          <w:b/>
          <w:bCs/>
        </w:rPr>
        <w:t>“INTERNATIONAL GROWTH –</w:t>
      </w:r>
      <w:proofErr w:type="spellStart"/>
      <w:r w:rsidRPr="008F7A08">
        <w:rPr>
          <w:b/>
          <w:bCs/>
        </w:rPr>
        <w:t>Competenze</w:t>
      </w:r>
      <w:proofErr w:type="spellEnd"/>
      <w:r w:rsidRPr="008F7A08">
        <w:rPr>
          <w:b/>
          <w:bCs/>
        </w:rPr>
        <w:t xml:space="preserve"> e Futuro in </w:t>
      </w:r>
      <w:proofErr w:type="gramStart"/>
      <w:r w:rsidRPr="008F7A08">
        <w:rPr>
          <w:b/>
          <w:bCs/>
        </w:rPr>
        <w:t>Europa ”</w:t>
      </w:r>
      <w:proofErr w:type="gramEnd"/>
      <w:r w:rsidRPr="008F7A08">
        <w:rPr>
          <w:b/>
          <w:bCs/>
        </w:rPr>
        <w:t xml:space="preserve">, </w:t>
      </w:r>
      <w:proofErr w:type="spellStart"/>
      <w:r w:rsidRPr="008F7A08">
        <w:rPr>
          <w:b/>
          <w:bCs/>
        </w:rPr>
        <w:t>Identificativo</w:t>
      </w:r>
      <w:proofErr w:type="spellEnd"/>
      <w:r w:rsidRPr="008F7A08">
        <w:rPr>
          <w:b/>
          <w:bCs/>
        </w:rPr>
        <w:t xml:space="preserve"> </w:t>
      </w:r>
      <w:proofErr w:type="spellStart"/>
      <w:r w:rsidRPr="008F7A08">
        <w:rPr>
          <w:b/>
          <w:bCs/>
        </w:rPr>
        <w:t>progetto</w:t>
      </w:r>
      <w:proofErr w:type="spellEnd"/>
      <w:r w:rsidRPr="008F7A08">
        <w:rPr>
          <w:b/>
          <w:bCs/>
        </w:rPr>
        <w:t>:</w:t>
      </w:r>
    </w:p>
    <w:p w14:paraId="389439D2" w14:textId="77777777" w:rsidR="008F7A08" w:rsidRDefault="008F7A08" w:rsidP="008F7A08">
      <w:pPr>
        <w:ind w:right="581"/>
        <w:jc w:val="center"/>
        <w:rPr>
          <w:b/>
          <w:bCs/>
        </w:rPr>
      </w:pPr>
      <w:r w:rsidRPr="008F7A08">
        <w:rPr>
          <w:b/>
          <w:bCs/>
        </w:rPr>
        <w:t>M4C1I3.1-2025-1585-P-59859      CUP: 84D23004680006</w:t>
      </w:r>
    </w:p>
    <w:p w14:paraId="15DEBCC4" w14:textId="28DCC592" w:rsidR="008374CE" w:rsidRPr="008F7A08" w:rsidRDefault="006330C0" w:rsidP="008F7A08">
      <w:pPr>
        <w:ind w:right="581"/>
        <w:jc w:val="center"/>
        <w:rPr>
          <w:b/>
          <w:bCs/>
          <w:sz w:val="28"/>
          <w:szCs w:val="28"/>
        </w:rPr>
      </w:pPr>
      <w:r w:rsidRPr="008F7A08">
        <w:rPr>
          <w:b/>
          <w:sz w:val="28"/>
          <w:szCs w:val="28"/>
          <w:lang w:val="it-IT"/>
        </w:rPr>
        <w:t>ALLEGATO A – DOMANDA DI PARTECIPAZIONE</w:t>
      </w:r>
    </w:p>
    <w:p w14:paraId="0AEB9CD7" w14:textId="77777777" w:rsidR="008F7A08" w:rsidRPr="004209DC" w:rsidRDefault="006330C0" w:rsidP="008F7A08">
      <w:pPr>
        <w:spacing w:after="0" w:line="360" w:lineRule="auto"/>
        <w:ind w:left="-142" w:right="-141"/>
        <w:rPr>
          <w:lang w:val="it-IT"/>
        </w:rPr>
      </w:pPr>
      <w:r w:rsidRPr="004209DC">
        <w:rPr>
          <w:lang w:val="it-IT"/>
        </w:rPr>
        <w:t>Il/La sottoscritto/a ________________________________</w:t>
      </w:r>
      <w:r w:rsidR="008F7A08" w:rsidRPr="004209DC">
        <w:rPr>
          <w:lang w:val="it-IT"/>
        </w:rPr>
        <w:t>_____________________</w:t>
      </w:r>
      <w:r w:rsidRPr="004209DC">
        <w:rPr>
          <w:lang w:val="it-IT"/>
        </w:rPr>
        <w:t xml:space="preserve"> nato/a </w:t>
      </w:r>
      <w:proofErr w:type="spellStart"/>
      <w:r w:rsidRPr="004209DC">
        <w:rPr>
          <w:lang w:val="it-IT"/>
        </w:rPr>
        <w:t>a</w:t>
      </w:r>
      <w:proofErr w:type="spellEnd"/>
      <w:r w:rsidRPr="004209DC">
        <w:rPr>
          <w:lang w:val="it-IT"/>
        </w:rPr>
        <w:t xml:space="preserve"> __</w:t>
      </w:r>
      <w:r w:rsidR="008F7A08" w:rsidRPr="004209DC">
        <w:rPr>
          <w:lang w:val="it-IT"/>
        </w:rPr>
        <w:t>_________________</w:t>
      </w:r>
      <w:r w:rsidRPr="004209DC">
        <w:rPr>
          <w:lang w:val="it-IT"/>
        </w:rPr>
        <w:t>________________ il ___________</w:t>
      </w:r>
      <w:r w:rsidR="008F7A08" w:rsidRPr="004209DC">
        <w:rPr>
          <w:lang w:val="it-IT"/>
        </w:rPr>
        <w:t>_____________</w:t>
      </w:r>
      <w:r w:rsidRPr="004209DC">
        <w:rPr>
          <w:lang w:val="it-IT"/>
        </w:rPr>
        <w:t>_, studente della classe</w:t>
      </w:r>
      <w:r w:rsidR="008F7A08" w:rsidRPr="004209DC">
        <w:rPr>
          <w:lang w:val="it-IT"/>
        </w:rPr>
        <w:t>____</w:t>
      </w:r>
      <w:r w:rsidRPr="004209DC">
        <w:rPr>
          <w:lang w:val="it-IT"/>
        </w:rPr>
        <w:t>_____ sez. _</w:t>
      </w:r>
      <w:r w:rsidR="008F7A08" w:rsidRPr="004209DC">
        <w:rPr>
          <w:lang w:val="it-IT"/>
        </w:rPr>
        <w:t>___</w:t>
      </w:r>
      <w:r w:rsidRPr="004209DC">
        <w:rPr>
          <w:lang w:val="it-IT"/>
        </w:rPr>
        <w:t>____</w:t>
      </w:r>
      <w:r w:rsidR="003F4686" w:rsidRPr="004209DC">
        <w:rPr>
          <w:lang w:val="it-IT"/>
        </w:rPr>
        <w:t xml:space="preserve">  </w:t>
      </w:r>
      <w:r w:rsidR="007C7F85" w:rsidRPr="004209DC">
        <w:rPr>
          <w:lang w:val="it-IT"/>
        </w:rPr>
        <w:t>ITC</w:t>
      </w:r>
      <w:r w:rsidRPr="004209DC">
        <w:rPr>
          <w:lang w:val="it-IT"/>
        </w:rPr>
        <w:t xml:space="preserve"> “Luigi </w:t>
      </w:r>
      <w:r w:rsidR="007C7F85" w:rsidRPr="004209DC">
        <w:rPr>
          <w:lang w:val="it-IT"/>
        </w:rPr>
        <w:t>Sturzo</w:t>
      </w:r>
      <w:r w:rsidRPr="004209DC">
        <w:rPr>
          <w:lang w:val="it-IT"/>
        </w:rPr>
        <w:t xml:space="preserve">” di </w:t>
      </w:r>
      <w:proofErr w:type="spellStart"/>
      <w:r w:rsidR="007C7F85" w:rsidRPr="004209DC">
        <w:rPr>
          <w:lang w:val="it-IT"/>
        </w:rPr>
        <w:t>C.Mare</w:t>
      </w:r>
      <w:proofErr w:type="spellEnd"/>
      <w:r w:rsidR="007C7F85" w:rsidRPr="004209DC">
        <w:rPr>
          <w:lang w:val="it-IT"/>
        </w:rPr>
        <w:t xml:space="preserve"> di Stabia</w:t>
      </w:r>
      <w:r w:rsidRPr="004209DC">
        <w:rPr>
          <w:lang w:val="it-IT"/>
        </w:rPr>
        <w:t>, chiede di essere amme</w:t>
      </w:r>
      <w:r w:rsidR="008F7A08" w:rsidRPr="004209DC">
        <w:rPr>
          <w:lang w:val="it-IT"/>
        </w:rPr>
        <w:t xml:space="preserve">sso/a </w:t>
      </w:r>
      <w:proofErr w:type="spellStart"/>
      <w:r w:rsidR="008F7A08" w:rsidRPr="004209DC">
        <w:rPr>
          <w:lang w:val="it-IT"/>
        </w:rPr>
        <w:t>a</w:t>
      </w:r>
      <w:proofErr w:type="spellEnd"/>
      <w:r w:rsidR="008F7A08" w:rsidRPr="004209DC">
        <w:rPr>
          <w:lang w:val="it-IT"/>
        </w:rPr>
        <w:t xml:space="preserve"> partecipare al progetto:</w:t>
      </w:r>
    </w:p>
    <w:p w14:paraId="55CA26AB" w14:textId="0BEC981C" w:rsidR="00130730" w:rsidRPr="004209DC" w:rsidRDefault="006330C0" w:rsidP="008F7A08">
      <w:pPr>
        <w:spacing w:after="0" w:line="360" w:lineRule="auto"/>
        <w:ind w:left="-142" w:right="-141"/>
        <w:rPr>
          <w:lang w:val="it-IT"/>
        </w:rPr>
      </w:pPr>
      <w:r w:rsidRPr="004209DC">
        <w:rPr>
          <w:lang w:val="it-IT"/>
        </w:rPr>
        <w:t>PNRR “</w:t>
      </w:r>
      <w:r w:rsidR="007C7F85" w:rsidRPr="004209DC">
        <w:rPr>
          <w:bCs/>
          <w:lang w:val="it-IT"/>
        </w:rPr>
        <w:t xml:space="preserve">INTERNATIONAL GROWTH –Competenze e Futuro in </w:t>
      </w:r>
      <w:proofErr w:type="gramStart"/>
      <w:r w:rsidR="007C7F85" w:rsidRPr="004209DC">
        <w:rPr>
          <w:bCs/>
          <w:lang w:val="it-IT"/>
        </w:rPr>
        <w:t>Europa ”</w:t>
      </w:r>
      <w:proofErr w:type="gramEnd"/>
      <w:r w:rsidRPr="004209DC">
        <w:rPr>
          <w:lang w:val="it-IT"/>
        </w:rPr>
        <w:t xml:space="preserve">” sulle discipline STEM e sul </w:t>
      </w:r>
      <w:r w:rsidR="003F4686" w:rsidRPr="004209DC">
        <w:rPr>
          <w:lang w:val="it-IT"/>
        </w:rPr>
        <w:t>M</w:t>
      </w:r>
      <w:r w:rsidRPr="004209DC">
        <w:rPr>
          <w:lang w:val="it-IT"/>
        </w:rPr>
        <w:t>ultilinguismo.</w:t>
      </w:r>
    </w:p>
    <w:p w14:paraId="33987162" w14:textId="77777777" w:rsidR="0004215D" w:rsidRDefault="00713955" w:rsidP="0004215D">
      <w:pPr>
        <w:spacing w:after="0" w:line="360" w:lineRule="auto"/>
        <w:ind w:left="-142" w:right="-141"/>
        <w:rPr>
          <w:lang w:val="it-IT"/>
        </w:rPr>
      </w:pPr>
      <w:r w:rsidRPr="004209DC">
        <w:rPr>
          <w:lang w:val="it-IT"/>
        </w:rPr>
        <w:t xml:space="preserve">Destinazioni (indicare </w:t>
      </w:r>
      <w:r w:rsidR="00221E84">
        <w:rPr>
          <w:lang w:val="it-IT"/>
        </w:rPr>
        <w:t xml:space="preserve">l’ordine di </w:t>
      </w:r>
      <w:proofErr w:type="gramStart"/>
      <w:r w:rsidR="00221E84">
        <w:rPr>
          <w:lang w:val="it-IT"/>
        </w:rPr>
        <w:t xml:space="preserve">priorità  </w:t>
      </w:r>
      <w:r w:rsidR="0004215D">
        <w:rPr>
          <w:lang w:val="it-IT"/>
        </w:rPr>
        <w:t>contrassegnando</w:t>
      </w:r>
      <w:proofErr w:type="gramEnd"/>
      <w:r w:rsidR="0004215D">
        <w:rPr>
          <w:lang w:val="it-IT"/>
        </w:rPr>
        <w:t xml:space="preserve"> con 1 la prima scelta, con 2 la seconda e con 3 la terza).</w:t>
      </w:r>
    </w:p>
    <w:p w14:paraId="473A5350" w14:textId="266489A5" w:rsidR="00130730" w:rsidRPr="004209DC" w:rsidRDefault="006330C0" w:rsidP="0004215D">
      <w:pPr>
        <w:spacing w:after="0" w:line="360" w:lineRule="auto"/>
        <w:ind w:left="-142" w:right="-141"/>
        <w:jc w:val="center"/>
        <w:rPr>
          <w:lang w:val="it-IT"/>
        </w:rPr>
      </w:pPr>
      <w:proofErr w:type="gramStart"/>
      <w:r w:rsidRPr="0004215D">
        <w:rPr>
          <w:sz w:val="72"/>
          <w:szCs w:val="72"/>
          <w:lang w:val="it-IT"/>
        </w:rPr>
        <w:t>□</w:t>
      </w:r>
      <w:r w:rsidRPr="004209DC">
        <w:rPr>
          <w:lang w:val="it-IT"/>
        </w:rPr>
        <w:t xml:space="preserve"> </w:t>
      </w:r>
      <w:r w:rsidR="008F7A08" w:rsidRPr="004209DC">
        <w:rPr>
          <w:lang w:val="it-IT"/>
        </w:rPr>
        <w:t xml:space="preserve"> </w:t>
      </w:r>
      <w:r w:rsidR="003F4686" w:rsidRPr="004209DC">
        <w:rPr>
          <w:lang w:val="it-IT"/>
        </w:rPr>
        <w:t>Italia</w:t>
      </w:r>
      <w:proofErr w:type="gramEnd"/>
      <w:r w:rsidRPr="004209DC">
        <w:rPr>
          <w:lang w:val="it-IT"/>
        </w:rPr>
        <w:t xml:space="preserve"> </w:t>
      </w:r>
      <w:r w:rsidR="0004215D">
        <w:rPr>
          <w:sz w:val="72"/>
          <w:szCs w:val="72"/>
          <w:lang w:val="it-IT"/>
        </w:rPr>
        <w:tab/>
      </w:r>
      <w:r w:rsidR="0004215D">
        <w:rPr>
          <w:sz w:val="72"/>
          <w:szCs w:val="72"/>
          <w:lang w:val="it-IT"/>
        </w:rPr>
        <w:tab/>
      </w:r>
      <w:r w:rsidRPr="0004215D">
        <w:rPr>
          <w:sz w:val="72"/>
          <w:szCs w:val="72"/>
          <w:lang w:val="it-IT"/>
        </w:rPr>
        <w:t xml:space="preserve"> </w:t>
      </w:r>
      <w:proofErr w:type="gramStart"/>
      <w:r w:rsidRPr="0004215D">
        <w:rPr>
          <w:sz w:val="72"/>
          <w:szCs w:val="72"/>
          <w:lang w:val="it-IT"/>
        </w:rPr>
        <w:t>□</w:t>
      </w:r>
      <w:r w:rsidR="003F4686" w:rsidRPr="004209DC">
        <w:rPr>
          <w:lang w:val="it-IT"/>
        </w:rPr>
        <w:t xml:space="preserve"> </w:t>
      </w:r>
      <w:r w:rsidR="008F7A08" w:rsidRPr="004209DC">
        <w:rPr>
          <w:lang w:val="it-IT"/>
        </w:rPr>
        <w:t xml:space="preserve"> </w:t>
      </w:r>
      <w:r w:rsidR="003F4686" w:rsidRPr="004209DC">
        <w:rPr>
          <w:lang w:val="it-IT"/>
        </w:rPr>
        <w:t>Malta</w:t>
      </w:r>
      <w:proofErr w:type="gramEnd"/>
      <w:r w:rsidRPr="004209DC">
        <w:rPr>
          <w:lang w:val="it-IT"/>
        </w:rPr>
        <w:t xml:space="preserve"> </w:t>
      </w:r>
      <w:r w:rsidR="0004215D">
        <w:rPr>
          <w:lang w:val="it-IT"/>
        </w:rPr>
        <w:tab/>
      </w:r>
      <w:r w:rsidR="0004215D">
        <w:rPr>
          <w:lang w:val="it-IT"/>
        </w:rPr>
        <w:tab/>
      </w:r>
      <w:r w:rsidR="0004215D">
        <w:rPr>
          <w:lang w:val="it-IT"/>
        </w:rPr>
        <w:tab/>
      </w:r>
      <w:r w:rsidR="0004215D" w:rsidRPr="0004215D">
        <w:rPr>
          <w:sz w:val="72"/>
          <w:szCs w:val="72"/>
          <w:lang w:val="it-IT"/>
        </w:rPr>
        <w:t>□</w:t>
      </w:r>
      <w:r w:rsidR="0004215D" w:rsidRPr="004209DC">
        <w:rPr>
          <w:lang w:val="it-IT"/>
        </w:rPr>
        <w:t xml:space="preserve">  </w:t>
      </w:r>
      <w:r w:rsidRPr="004209DC">
        <w:rPr>
          <w:lang w:val="it-IT"/>
        </w:rPr>
        <w:t xml:space="preserve"> </w:t>
      </w:r>
      <w:r w:rsidR="0004215D">
        <w:rPr>
          <w:lang w:val="it-IT"/>
        </w:rPr>
        <w:t>Antibes;</w:t>
      </w:r>
    </w:p>
    <w:p w14:paraId="4471A669" w14:textId="605115C5" w:rsidR="008F7A08" w:rsidRPr="004209DC" w:rsidRDefault="006330C0" w:rsidP="008F7A08">
      <w:pPr>
        <w:spacing w:after="0" w:line="360" w:lineRule="auto"/>
        <w:ind w:right="-141"/>
        <w:rPr>
          <w:lang w:val="it-IT"/>
        </w:rPr>
      </w:pPr>
      <w:r w:rsidRPr="004209DC">
        <w:rPr>
          <w:lang w:val="it-IT"/>
        </w:rPr>
        <w:t>Allega alla presente:</w:t>
      </w:r>
      <w:r w:rsidRPr="004209DC">
        <w:rPr>
          <w:lang w:val="it-IT"/>
        </w:rPr>
        <w:br/>
        <w:t>- Allegato B (autorizzazione genitore/tutore)</w:t>
      </w:r>
      <w:r w:rsidR="008F7A08" w:rsidRPr="004209DC">
        <w:rPr>
          <w:lang w:val="it-IT"/>
        </w:rPr>
        <w:t>;</w:t>
      </w:r>
      <w:r w:rsidRPr="004209DC">
        <w:rPr>
          <w:lang w:val="it-IT"/>
        </w:rPr>
        <w:br/>
        <w:t>- Allegato C (autocertificazione vot</w:t>
      </w:r>
      <w:r w:rsidR="008F7A08" w:rsidRPr="004209DC">
        <w:rPr>
          <w:lang w:val="it-IT"/>
        </w:rPr>
        <w:t>i e comportamento);</w:t>
      </w:r>
      <w:r w:rsidR="008F7A08" w:rsidRPr="004209DC">
        <w:rPr>
          <w:lang w:val="it-IT"/>
        </w:rPr>
        <w:br/>
        <w:t>- ISEE 2025;</w:t>
      </w:r>
    </w:p>
    <w:p w14:paraId="7F7BDFB9" w14:textId="77777777" w:rsidR="008F7A08" w:rsidRPr="004209DC" w:rsidRDefault="00D5563A" w:rsidP="008F7A08">
      <w:pPr>
        <w:spacing w:after="0" w:line="360" w:lineRule="auto"/>
        <w:ind w:right="-141"/>
        <w:rPr>
          <w:lang w:val="it-IT"/>
        </w:rPr>
      </w:pPr>
      <w:r w:rsidRPr="004209DC">
        <w:rPr>
          <w:lang w:val="it-IT"/>
        </w:rPr>
        <w:t>documento di identità in corso di validità del genitore/tutore;</w:t>
      </w:r>
    </w:p>
    <w:p w14:paraId="3265C980" w14:textId="6D34039F" w:rsidR="00D5563A" w:rsidRPr="004209DC" w:rsidRDefault="00D5563A" w:rsidP="008F7A08">
      <w:pPr>
        <w:spacing w:after="0" w:line="360" w:lineRule="auto"/>
        <w:ind w:right="-141"/>
        <w:rPr>
          <w:lang w:val="it-IT"/>
        </w:rPr>
      </w:pPr>
      <w:r w:rsidRPr="004209DC">
        <w:rPr>
          <w:lang w:val="it-IT"/>
        </w:rPr>
        <w:t>documento di identità in corso di validità e valido per l’espatrio dello studente.</w:t>
      </w:r>
    </w:p>
    <w:p w14:paraId="3B587DF5" w14:textId="77777777" w:rsidR="00D5563A" w:rsidRPr="004209DC" w:rsidRDefault="00D5563A" w:rsidP="008F7A08">
      <w:pPr>
        <w:spacing w:after="0" w:line="360" w:lineRule="auto"/>
        <w:ind w:left="-142" w:right="-141"/>
        <w:rPr>
          <w:lang w:val="it-IT"/>
        </w:rPr>
      </w:pPr>
    </w:p>
    <w:p w14:paraId="239AF67C" w14:textId="08B50F7A" w:rsidR="00130730" w:rsidRPr="003F4686" w:rsidRDefault="006330C0" w:rsidP="008F7A08">
      <w:pPr>
        <w:spacing w:after="0" w:line="360" w:lineRule="auto"/>
        <w:ind w:left="-142" w:right="-141"/>
        <w:rPr>
          <w:lang w:val="it-IT"/>
        </w:rPr>
      </w:pPr>
      <w:r w:rsidRPr="004209DC">
        <w:rPr>
          <w:lang w:val="it-IT"/>
        </w:rPr>
        <w:br/>
        <w:t xml:space="preserve">Data ____________ </w:t>
      </w:r>
      <w:r w:rsidR="003777B7" w:rsidRPr="004209DC">
        <w:rPr>
          <w:lang w:val="it-IT"/>
        </w:rPr>
        <w:t xml:space="preserve">                                                                                    </w:t>
      </w:r>
      <w:r w:rsidRPr="004209DC">
        <w:rPr>
          <w:lang w:val="it-IT"/>
        </w:rPr>
        <w:t>Firma Studente ________________________</w:t>
      </w:r>
    </w:p>
    <w:p w14:paraId="5554D842" w14:textId="77777777" w:rsidR="003F4686" w:rsidRDefault="003F4686">
      <w:pPr>
        <w:pStyle w:val="Titolo2"/>
        <w:rPr>
          <w:lang w:val="it-IT"/>
        </w:rPr>
      </w:pPr>
    </w:p>
    <w:p w14:paraId="54F2BA07" w14:textId="77777777" w:rsidR="008F7A08" w:rsidRPr="008F7A08" w:rsidRDefault="008F7A08" w:rsidP="008F7A08">
      <w:pPr>
        <w:ind w:right="581"/>
        <w:jc w:val="center"/>
        <w:rPr>
          <w:b/>
          <w:bCs/>
        </w:rPr>
      </w:pPr>
      <w:r w:rsidRPr="008F7A08">
        <w:rPr>
          <w:b/>
          <w:bCs/>
        </w:rPr>
        <w:t>“INTERNATIONAL GROWTH –</w:t>
      </w:r>
      <w:proofErr w:type="spellStart"/>
      <w:r w:rsidRPr="008F7A08">
        <w:rPr>
          <w:b/>
          <w:bCs/>
        </w:rPr>
        <w:t>Competenze</w:t>
      </w:r>
      <w:proofErr w:type="spellEnd"/>
      <w:r w:rsidRPr="008F7A08">
        <w:rPr>
          <w:b/>
          <w:bCs/>
        </w:rPr>
        <w:t xml:space="preserve"> e Futuro in </w:t>
      </w:r>
      <w:proofErr w:type="gramStart"/>
      <w:r w:rsidRPr="008F7A08">
        <w:rPr>
          <w:b/>
          <w:bCs/>
        </w:rPr>
        <w:t>Europa ”</w:t>
      </w:r>
      <w:proofErr w:type="gramEnd"/>
      <w:r w:rsidRPr="008F7A08">
        <w:rPr>
          <w:b/>
          <w:bCs/>
        </w:rPr>
        <w:t xml:space="preserve">, </w:t>
      </w:r>
      <w:proofErr w:type="spellStart"/>
      <w:r w:rsidRPr="008F7A08">
        <w:rPr>
          <w:b/>
          <w:bCs/>
        </w:rPr>
        <w:t>Identificativo</w:t>
      </w:r>
      <w:proofErr w:type="spellEnd"/>
      <w:r w:rsidRPr="008F7A08">
        <w:rPr>
          <w:b/>
          <w:bCs/>
        </w:rPr>
        <w:t xml:space="preserve"> </w:t>
      </w:r>
      <w:proofErr w:type="spellStart"/>
      <w:r w:rsidRPr="008F7A08">
        <w:rPr>
          <w:b/>
          <w:bCs/>
        </w:rPr>
        <w:t>progetto</w:t>
      </w:r>
      <w:proofErr w:type="spellEnd"/>
      <w:r w:rsidRPr="008F7A08">
        <w:rPr>
          <w:b/>
          <w:bCs/>
        </w:rPr>
        <w:t>:</w:t>
      </w:r>
    </w:p>
    <w:p w14:paraId="7ED77FA6" w14:textId="77777777" w:rsidR="008F7A08" w:rsidRDefault="008F7A08" w:rsidP="008F7A08">
      <w:pPr>
        <w:ind w:right="581"/>
        <w:jc w:val="center"/>
        <w:rPr>
          <w:b/>
          <w:bCs/>
        </w:rPr>
      </w:pPr>
      <w:r w:rsidRPr="008F7A08">
        <w:rPr>
          <w:b/>
          <w:bCs/>
        </w:rPr>
        <w:t>M4C1I3.1-2025-1585-P-59859      CUP: 84D23004680006</w:t>
      </w:r>
    </w:p>
    <w:p w14:paraId="32F948A0" w14:textId="77777777" w:rsidR="003F4686" w:rsidRDefault="003F4686">
      <w:pPr>
        <w:pStyle w:val="Titolo2"/>
        <w:rPr>
          <w:lang w:val="it-IT"/>
        </w:rPr>
      </w:pPr>
    </w:p>
    <w:p w14:paraId="05177F13" w14:textId="77777777" w:rsidR="00130730" w:rsidRPr="008F7A08" w:rsidRDefault="006330C0" w:rsidP="008F7A08">
      <w:pPr>
        <w:ind w:right="581"/>
        <w:jc w:val="center"/>
        <w:rPr>
          <w:b/>
          <w:sz w:val="28"/>
          <w:szCs w:val="28"/>
          <w:lang w:val="it-IT"/>
        </w:rPr>
      </w:pPr>
      <w:r w:rsidRPr="008F7A08">
        <w:rPr>
          <w:b/>
          <w:sz w:val="28"/>
          <w:szCs w:val="28"/>
          <w:lang w:val="it-IT"/>
        </w:rPr>
        <w:t>ALLEGATO B – AUTORIZZAZIONE DEL GENITORE/TUTORE</w:t>
      </w:r>
    </w:p>
    <w:p w14:paraId="6BEA123E" w14:textId="77777777" w:rsidR="008374CE" w:rsidRPr="003F4686" w:rsidRDefault="008374CE" w:rsidP="003F4686">
      <w:pPr>
        <w:pStyle w:val="Corpotesto"/>
        <w:spacing w:before="39" w:line="312" w:lineRule="auto"/>
        <w:ind w:left="143" w:right="603" w:hanging="3"/>
        <w:rPr>
          <w:lang w:val="it-IT"/>
        </w:rPr>
      </w:pPr>
    </w:p>
    <w:p w14:paraId="1ACDCEF7" w14:textId="1B3461D4" w:rsidR="008F7A08" w:rsidRDefault="006330C0" w:rsidP="008F7A08">
      <w:pPr>
        <w:jc w:val="both"/>
      </w:pPr>
      <w:r w:rsidRPr="008F7A08">
        <w:t xml:space="preserve">Il/La </w:t>
      </w:r>
      <w:proofErr w:type="spellStart"/>
      <w:r w:rsidRPr="008F7A08">
        <w:t>sottoscritto</w:t>
      </w:r>
      <w:proofErr w:type="spellEnd"/>
      <w:r w:rsidRPr="008F7A08">
        <w:t>/a ____________________________________</w:t>
      </w:r>
      <w:r w:rsidR="008F7A08" w:rsidRPr="008F7A08">
        <w:t>______________</w:t>
      </w:r>
      <w:r w:rsidRPr="008F7A08">
        <w:t xml:space="preserve">, </w:t>
      </w:r>
      <w:proofErr w:type="spellStart"/>
      <w:r w:rsidR="008F7A08" w:rsidRPr="008F7A08">
        <w:t>nato</w:t>
      </w:r>
      <w:proofErr w:type="spellEnd"/>
      <w:r w:rsidR="0004215D">
        <w:t>/a</w:t>
      </w:r>
      <w:r w:rsidR="008F7A08" w:rsidRPr="008F7A08">
        <w:t xml:space="preserve"> a ________________________</w:t>
      </w:r>
    </w:p>
    <w:p w14:paraId="0FC3B059" w14:textId="77777777" w:rsidR="008F7A08" w:rsidRDefault="008F7A08" w:rsidP="008F7A08">
      <w:pPr>
        <w:jc w:val="both"/>
      </w:pPr>
      <w:r w:rsidRPr="008F7A08">
        <w:t xml:space="preserve"> il ____________________ C.F.__________________________________</w:t>
      </w:r>
    </w:p>
    <w:p w14:paraId="320AAE8B" w14:textId="77777777" w:rsidR="008F7A08" w:rsidRDefault="008F7A08" w:rsidP="008F7A08">
      <w:pPr>
        <w:jc w:val="both"/>
      </w:pPr>
      <w:r w:rsidRPr="008F7A08">
        <w:t xml:space="preserve">in </w:t>
      </w:r>
      <w:proofErr w:type="spellStart"/>
      <w:r w:rsidRPr="008F7A08">
        <w:t>qualità</w:t>
      </w:r>
      <w:proofErr w:type="spellEnd"/>
      <w:r w:rsidRPr="008F7A08">
        <w:t xml:space="preserve"> di </w:t>
      </w:r>
      <w:proofErr w:type="spellStart"/>
      <w:r w:rsidR="006330C0" w:rsidRPr="008F7A08">
        <w:t>genitore</w:t>
      </w:r>
      <w:proofErr w:type="spellEnd"/>
      <w:r w:rsidR="006330C0" w:rsidRPr="008F7A08">
        <w:t>/</w:t>
      </w:r>
      <w:proofErr w:type="spellStart"/>
      <w:r w:rsidR="006330C0" w:rsidRPr="008F7A08">
        <w:t>tutore</w:t>
      </w:r>
      <w:proofErr w:type="spellEnd"/>
      <w:r w:rsidR="006330C0" w:rsidRPr="008F7A08">
        <w:t xml:space="preserve"> </w:t>
      </w:r>
      <w:proofErr w:type="spellStart"/>
      <w:r w:rsidR="006330C0" w:rsidRPr="008F7A08">
        <w:t>dello</w:t>
      </w:r>
      <w:proofErr w:type="spellEnd"/>
      <w:r w:rsidR="006330C0" w:rsidRPr="008F7A08">
        <w:t xml:space="preserve"> </w:t>
      </w:r>
      <w:proofErr w:type="spellStart"/>
      <w:r w:rsidR="006330C0" w:rsidRPr="008F7A08">
        <w:t>studente</w:t>
      </w:r>
      <w:proofErr w:type="spellEnd"/>
      <w:r w:rsidR="006330C0" w:rsidRPr="008F7A08">
        <w:t xml:space="preserve"> ____________________________________,</w:t>
      </w:r>
    </w:p>
    <w:p w14:paraId="7172A509" w14:textId="72F1A0B5" w:rsidR="00130730" w:rsidRPr="008F7A08" w:rsidRDefault="006330C0" w:rsidP="008F7A08">
      <w:pPr>
        <w:jc w:val="both"/>
      </w:pPr>
      <w:proofErr w:type="spellStart"/>
      <w:r w:rsidRPr="008F7A08">
        <w:t>autorizza</w:t>
      </w:r>
      <w:proofErr w:type="spellEnd"/>
      <w:r w:rsidRPr="008F7A08">
        <w:t xml:space="preserve"> il/la proprio/a </w:t>
      </w:r>
      <w:proofErr w:type="spellStart"/>
      <w:r w:rsidRPr="008F7A08">
        <w:t>figlio</w:t>
      </w:r>
      <w:proofErr w:type="spellEnd"/>
      <w:r w:rsidRPr="008F7A08">
        <w:t xml:space="preserve">/a a </w:t>
      </w:r>
      <w:proofErr w:type="spellStart"/>
      <w:r w:rsidRPr="008F7A08">
        <w:t>partecipare</w:t>
      </w:r>
      <w:proofErr w:type="spellEnd"/>
      <w:r w:rsidRPr="008F7A08">
        <w:t xml:space="preserve"> al </w:t>
      </w:r>
      <w:proofErr w:type="spellStart"/>
      <w:r w:rsidRPr="008F7A08">
        <w:t>progetto</w:t>
      </w:r>
      <w:proofErr w:type="spellEnd"/>
      <w:r w:rsidRPr="008F7A08">
        <w:t xml:space="preserve"> PNRR “</w:t>
      </w:r>
      <w:r w:rsidR="007C7F85" w:rsidRPr="008F7A08">
        <w:t>INTERNATIONAL GROWTH –</w:t>
      </w:r>
      <w:proofErr w:type="spellStart"/>
      <w:r w:rsidR="007C7F85" w:rsidRPr="008F7A08">
        <w:t>Competenze</w:t>
      </w:r>
      <w:proofErr w:type="spellEnd"/>
      <w:r w:rsidR="007C7F85" w:rsidRPr="008F7A08">
        <w:t xml:space="preserve"> e Futuro in </w:t>
      </w:r>
      <w:proofErr w:type="gramStart"/>
      <w:r w:rsidR="007C7F85" w:rsidRPr="008F7A08">
        <w:t>Europa ”</w:t>
      </w:r>
      <w:proofErr w:type="gramEnd"/>
      <w:r w:rsidRPr="008F7A08">
        <w:t>”.</w:t>
      </w:r>
    </w:p>
    <w:p w14:paraId="6ECB3C0B" w14:textId="1BDED142" w:rsidR="008F7A08" w:rsidRDefault="006330C0" w:rsidP="008F7A08">
      <w:pPr>
        <w:jc w:val="both"/>
      </w:pPr>
      <w:r w:rsidRPr="008F7A08">
        <w:t>Dichiara</w:t>
      </w:r>
      <w:r w:rsidR="008F7A08">
        <w:t>:</w:t>
      </w:r>
    </w:p>
    <w:p w14:paraId="7EA5D285" w14:textId="05CB66E3" w:rsidR="00DA43A3" w:rsidRPr="008F7A08" w:rsidRDefault="006330C0" w:rsidP="008F7A08">
      <w:pPr>
        <w:pStyle w:val="Paragrafoelenco"/>
        <w:numPr>
          <w:ilvl w:val="0"/>
          <w:numId w:val="12"/>
        </w:numPr>
        <w:jc w:val="both"/>
      </w:pPr>
      <w:r w:rsidRPr="008F7A08">
        <w:t xml:space="preserve">di </w:t>
      </w:r>
      <w:proofErr w:type="spellStart"/>
      <w:r w:rsidRPr="008F7A08">
        <w:t>accettare</w:t>
      </w:r>
      <w:proofErr w:type="spellEnd"/>
      <w:r w:rsidRPr="008F7A08">
        <w:t xml:space="preserve"> tutte le </w:t>
      </w:r>
      <w:proofErr w:type="spellStart"/>
      <w:r w:rsidRPr="008F7A08">
        <w:t>condizioni</w:t>
      </w:r>
      <w:proofErr w:type="spellEnd"/>
      <w:r w:rsidRPr="008F7A08">
        <w:t xml:space="preserve"> indicate </w:t>
      </w:r>
      <w:proofErr w:type="spellStart"/>
      <w:r w:rsidRPr="008F7A08">
        <w:t>nel</w:t>
      </w:r>
      <w:proofErr w:type="spellEnd"/>
      <w:r w:rsidRPr="008F7A08">
        <w:t xml:space="preserve"> bando di </w:t>
      </w:r>
      <w:proofErr w:type="spellStart"/>
      <w:r w:rsidRPr="008F7A08">
        <w:t>selezione</w:t>
      </w:r>
      <w:proofErr w:type="spellEnd"/>
      <w:r w:rsidRPr="008F7A08">
        <w:t xml:space="preserve">, </w:t>
      </w:r>
      <w:proofErr w:type="spellStart"/>
      <w:r w:rsidRPr="008F7A08">
        <w:t>compreso</w:t>
      </w:r>
      <w:proofErr w:type="spellEnd"/>
      <w:r w:rsidRPr="008F7A08">
        <w:t xml:space="preserve"> </w:t>
      </w:r>
      <w:proofErr w:type="spellStart"/>
      <w:r w:rsidRPr="008F7A08">
        <w:t>l’eventuale</w:t>
      </w:r>
      <w:proofErr w:type="spellEnd"/>
      <w:r w:rsidRPr="008F7A08">
        <w:t xml:space="preserve"> </w:t>
      </w:r>
      <w:proofErr w:type="spellStart"/>
      <w:r w:rsidRPr="008F7A08">
        <w:t>versamento</w:t>
      </w:r>
      <w:proofErr w:type="spellEnd"/>
      <w:r w:rsidRPr="008F7A08">
        <w:t xml:space="preserve"> </w:t>
      </w:r>
      <w:proofErr w:type="spellStart"/>
      <w:r w:rsidRPr="008F7A08">
        <w:t>cauzionale</w:t>
      </w:r>
      <w:proofErr w:type="spellEnd"/>
      <w:r w:rsidRPr="008F7A08">
        <w:t xml:space="preserve"> e le </w:t>
      </w:r>
      <w:proofErr w:type="spellStart"/>
      <w:r w:rsidRPr="008F7A08">
        <w:t>possibili</w:t>
      </w:r>
      <w:proofErr w:type="spellEnd"/>
      <w:r w:rsidRPr="008F7A08">
        <w:t xml:space="preserve"> </w:t>
      </w:r>
      <w:proofErr w:type="spellStart"/>
      <w:r w:rsidRPr="008F7A08">
        <w:t>variazioni</w:t>
      </w:r>
      <w:proofErr w:type="spellEnd"/>
      <w:r w:rsidRPr="008F7A08">
        <w:t xml:space="preserve"> </w:t>
      </w:r>
      <w:proofErr w:type="spellStart"/>
      <w:r w:rsidRPr="008F7A08">
        <w:t>organizzative</w:t>
      </w:r>
      <w:proofErr w:type="spellEnd"/>
      <w:r w:rsidRPr="008F7A08">
        <w:t xml:space="preserve"> </w:t>
      </w:r>
      <w:proofErr w:type="spellStart"/>
      <w:r w:rsidRPr="008F7A08">
        <w:t>delle</w:t>
      </w:r>
      <w:proofErr w:type="spellEnd"/>
      <w:r w:rsidRPr="008F7A08">
        <w:t xml:space="preserve"> </w:t>
      </w:r>
      <w:proofErr w:type="spellStart"/>
      <w:r w:rsidRPr="008F7A08">
        <w:t>mobilità</w:t>
      </w:r>
      <w:proofErr w:type="spellEnd"/>
      <w:r w:rsidRPr="008F7A08">
        <w:t>.</w:t>
      </w:r>
      <w:r w:rsidR="00DA43A3" w:rsidRPr="008F7A08">
        <w:t xml:space="preserve"> </w:t>
      </w:r>
    </w:p>
    <w:p w14:paraId="6BCB5D86" w14:textId="6736D3BA" w:rsidR="00DA43A3" w:rsidRPr="008F7A08" w:rsidRDefault="00DA43A3" w:rsidP="008F7A08">
      <w:pPr>
        <w:pStyle w:val="Paragrafoelenco"/>
        <w:numPr>
          <w:ilvl w:val="0"/>
          <w:numId w:val="12"/>
        </w:numPr>
        <w:jc w:val="both"/>
      </w:pPr>
      <w:r w:rsidRPr="008F7A08">
        <w:t xml:space="preserve">di </w:t>
      </w:r>
      <w:proofErr w:type="spellStart"/>
      <w:r w:rsidRPr="008F7A08">
        <w:t>essere</w:t>
      </w:r>
      <w:proofErr w:type="spellEnd"/>
      <w:r w:rsidRPr="008F7A08">
        <w:t xml:space="preserve"> </w:t>
      </w:r>
      <w:proofErr w:type="spellStart"/>
      <w:r w:rsidRPr="008F7A08">
        <w:t>consapevole</w:t>
      </w:r>
      <w:proofErr w:type="spellEnd"/>
      <w:r w:rsidRPr="008F7A08">
        <w:t xml:space="preserve"> </w:t>
      </w:r>
      <w:proofErr w:type="spellStart"/>
      <w:r w:rsidRPr="008F7A08">
        <w:t>che</w:t>
      </w:r>
      <w:proofErr w:type="spellEnd"/>
      <w:r w:rsidRPr="008F7A08">
        <w:t xml:space="preserve">, in </w:t>
      </w:r>
      <w:proofErr w:type="spellStart"/>
      <w:r w:rsidRPr="008F7A08">
        <w:t>caso</w:t>
      </w:r>
      <w:proofErr w:type="spellEnd"/>
      <w:r w:rsidRPr="008F7A08">
        <w:t xml:space="preserve"> di </w:t>
      </w:r>
      <w:proofErr w:type="spellStart"/>
      <w:r w:rsidRPr="008F7A08">
        <w:t>rinuncia</w:t>
      </w:r>
      <w:proofErr w:type="spellEnd"/>
      <w:r w:rsidRPr="008F7A08">
        <w:t xml:space="preserve"> da </w:t>
      </w:r>
      <w:proofErr w:type="spellStart"/>
      <w:r w:rsidRPr="008F7A08">
        <w:t>parte</w:t>
      </w:r>
      <w:proofErr w:type="spellEnd"/>
      <w:r w:rsidRPr="008F7A08">
        <w:t xml:space="preserve"> </w:t>
      </w:r>
      <w:proofErr w:type="spellStart"/>
      <w:r w:rsidRPr="008F7A08">
        <w:t>dello</w:t>
      </w:r>
      <w:proofErr w:type="spellEnd"/>
      <w:r w:rsidRPr="008F7A08">
        <w:t xml:space="preserve"> </w:t>
      </w:r>
      <w:proofErr w:type="spellStart"/>
      <w:r w:rsidRPr="008F7A08">
        <w:t>studente</w:t>
      </w:r>
      <w:proofErr w:type="spellEnd"/>
      <w:r w:rsidRPr="008F7A08">
        <w:t xml:space="preserve">, il </w:t>
      </w:r>
      <w:proofErr w:type="spellStart"/>
      <w:r w:rsidRPr="008F7A08">
        <w:t>contributo</w:t>
      </w:r>
      <w:proofErr w:type="spellEnd"/>
      <w:r w:rsidRPr="008F7A08">
        <w:t xml:space="preserve"> </w:t>
      </w:r>
      <w:proofErr w:type="spellStart"/>
      <w:r w:rsidRPr="008F7A08">
        <w:t>versato</w:t>
      </w:r>
      <w:proofErr w:type="spellEnd"/>
      <w:r w:rsidRPr="008F7A08">
        <w:t xml:space="preserve"> non </w:t>
      </w:r>
      <w:proofErr w:type="spellStart"/>
      <w:r w:rsidRPr="008F7A08">
        <w:t>sarà</w:t>
      </w:r>
      <w:proofErr w:type="spellEnd"/>
      <w:r w:rsidRPr="008F7A08">
        <w:t xml:space="preserve"> </w:t>
      </w:r>
      <w:proofErr w:type="spellStart"/>
      <w:r w:rsidRPr="008F7A08">
        <w:t>rimborsato</w:t>
      </w:r>
      <w:proofErr w:type="spellEnd"/>
      <w:r w:rsidRPr="008F7A08">
        <w:t>.</w:t>
      </w:r>
    </w:p>
    <w:p w14:paraId="04C566D4" w14:textId="1DFFC1F5" w:rsidR="008374CE" w:rsidRPr="008F7A08" w:rsidRDefault="006330C0" w:rsidP="008F7A08">
      <w:pPr>
        <w:jc w:val="both"/>
      </w:pPr>
      <w:proofErr w:type="spellStart"/>
      <w:r w:rsidRPr="008F7A08">
        <w:t>Autorizza</w:t>
      </w:r>
      <w:proofErr w:type="spellEnd"/>
      <w:r w:rsidR="00DA43A3" w:rsidRPr="008F7A08">
        <w:t>,</w:t>
      </w:r>
      <w:r w:rsidRPr="008F7A08">
        <w:t xml:space="preserve"> </w:t>
      </w:r>
      <w:proofErr w:type="spellStart"/>
      <w:r w:rsidRPr="008F7A08">
        <w:t>inoltre</w:t>
      </w:r>
      <w:proofErr w:type="spellEnd"/>
      <w:r w:rsidR="00DA43A3" w:rsidRPr="008F7A08">
        <w:t>,</w:t>
      </w:r>
      <w:r w:rsidRPr="008F7A08">
        <w:t xml:space="preserve"> il </w:t>
      </w:r>
      <w:proofErr w:type="spellStart"/>
      <w:r w:rsidRPr="008F7A08">
        <w:t>trattamento</w:t>
      </w:r>
      <w:proofErr w:type="spellEnd"/>
      <w:r w:rsidRPr="008F7A08">
        <w:t xml:space="preserve"> </w:t>
      </w:r>
      <w:proofErr w:type="spellStart"/>
      <w:r w:rsidRPr="008F7A08">
        <w:t>dei</w:t>
      </w:r>
      <w:proofErr w:type="spellEnd"/>
      <w:r w:rsidRPr="008F7A08">
        <w:t xml:space="preserve"> </w:t>
      </w:r>
      <w:proofErr w:type="spellStart"/>
      <w:r w:rsidRPr="008F7A08">
        <w:t>dati</w:t>
      </w:r>
      <w:proofErr w:type="spellEnd"/>
      <w:r w:rsidRPr="008F7A08">
        <w:t xml:space="preserve"> </w:t>
      </w:r>
      <w:proofErr w:type="spellStart"/>
      <w:r w:rsidRPr="008F7A08">
        <w:t>personali</w:t>
      </w:r>
      <w:proofErr w:type="spellEnd"/>
      <w:r w:rsidRPr="008F7A08">
        <w:t xml:space="preserve"> ai sensi del </w:t>
      </w:r>
      <w:proofErr w:type="spellStart"/>
      <w:r w:rsidRPr="008F7A08">
        <w:t>Regolamento</w:t>
      </w:r>
      <w:proofErr w:type="spellEnd"/>
      <w:r w:rsidRPr="008F7A08">
        <w:t xml:space="preserve"> UE 679/2016 (GDPR) e del </w:t>
      </w:r>
      <w:proofErr w:type="spellStart"/>
      <w:proofErr w:type="gramStart"/>
      <w:r w:rsidRPr="008F7A08">
        <w:t>D.Lgs</w:t>
      </w:r>
      <w:proofErr w:type="spellEnd"/>
      <w:proofErr w:type="gramEnd"/>
      <w:r w:rsidRPr="008F7A08">
        <w:t>. 101/2018.</w:t>
      </w:r>
    </w:p>
    <w:p w14:paraId="60C4C81F" w14:textId="61523F20" w:rsidR="00130730" w:rsidRPr="003F4686" w:rsidRDefault="006330C0" w:rsidP="003F4686">
      <w:pPr>
        <w:pStyle w:val="Corpotesto"/>
        <w:spacing w:before="39" w:line="312" w:lineRule="auto"/>
        <w:ind w:left="143" w:right="603" w:hanging="3"/>
        <w:rPr>
          <w:lang w:val="it-IT"/>
        </w:rPr>
      </w:pPr>
      <w:r w:rsidRPr="003F4686">
        <w:rPr>
          <w:lang w:val="it-IT"/>
        </w:rPr>
        <w:br/>
      </w:r>
      <w:r w:rsidRPr="003F4686">
        <w:rPr>
          <w:lang w:val="it-IT"/>
        </w:rPr>
        <w:br/>
        <w:t xml:space="preserve">Data ____________ </w:t>
      </w:r>
      <w:r w:rsidR="003F4686">
        <w:rPr>
          <w:lang w:val="it-IT"/>
        </w:rPr>
        <w:t xml:space="preserve">                                                                 </w:t>
      </w:r>
      <w:r w:rsidRPr="003F4686">
        <w:rPr>
          <w:lang w:val="it-IT"/>
        </w:rPr>
        <w:t>Firma del Genitore/Tutore ________________________</w:t>
      </w:r>
    </w:p>
    <w:p w14:paraId="783E3483" w14:textId="77777777" w:rsidR="00130730" w:rsidRPr="003F4686" w:rsidRDefault="006330C0" w:rsidP="003F4686">
      <w:pPr>
        <w:pStyle w:val="Corpotesto"/>
        <w:spacing w:before="39" w:line="312" w:lineRule="auto"/>
        <w:ind w:left="143" w:right="603" w:hanging="3"/>
        <w:rPr>
          <w:lang w:val="it-IT"/>
        </w:rPr>
      </w:pPr>
      <w:r w:rsidRPr="003F4686">
        <w:rPr>
          <w:lang w:val="it-IT"/>
        </w:rPr>
        <w:br w:type="page"/>
      </w:r>
    </w:p>
    <w:p w14:paraId="17F14B3E" w14:textId="77777777" w:rsidR="00D5563A" w:rsidRDefault="00D5563A">
      <w:pPr>
        <w:pStyle w:val="Titolo2"/>
        <w:rPr>
          <w:lang w:val="it-IT"/>
        </w:rPr>
      </w:pPr>
    </w:p>
    <w:p w14:paraId="05716AF9" w14:textId="324C45B0" w:rsidR="00130730" w:rsidRPr="003F4686" w:rsidRDefault="006330C0">
      <w:pPr>
        <w:pStyle w:val="Titolo2"/>
        <w:rPr>
          <w:lang w:val="it-IT"/>
        </w:rPr>
      </w:pPr>
      <w:r w:rsidRPr="003F4686">
        <w:rPr>
          <w:lang w:val="it-IT"/>
        </w:rPr>
        <w:t xml:space="preserve">ALLEGATO C – AUTOCERTIFICAZIONE </w:t>
      </w:r>
      <w:r w:rsidR="003F59C2" w:rsidRPr="003F4686">
        <w:rPr>
          <w:lang w:val="it-IT"/>
        </w:rPr>
        <w:t>_</w:t>
      </w:r>
      <w:r w:rsidRPr="003F4686">
        <w:rPr>
          <w:lang w:val="it-IT"/>
        </w:rPr>
        <w:t>VOTI E COMPORTAMENTO</w:t>
      </w:r>
    </w:p>
    <w:p w14:paraId="28CFC80B" w14:textId="77777777" w:rsidR="008374CE" w:rsidRPr="003F4686" w:rsidRDefault="008374CE" w:rsidP="008374CE">
      <w:pPr>
        <w:rPr>
          <w:lang w:val="it-IT"/>
        </w:rPr>
      </w:pPr>
    </w:p>
    <w:tbl>
      <w:tblPr>
        <w:tblStyle w:val="TableNormal"/>
        <w:tblW w:w="9926" w:type="dxa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9"/>
        <w:gridCol w:w="2494"/>
        <w:gridCol w:w="2583"/>
      </w:tblGrid>
      <w:tr w:rsidR="007A351F" w:rsidRPr="00152D53" w14:paraId="2887F278" w14:textId="77777777" w:rsidTr="00D5563A">
        <w:trPr>
          <w:trHeight w:val="2674"/>
        </w:trPr>
        <w:tc>
          <w:tcPr>
            <w:tcW w:w="4849" w:type="dxa"/>
          </w:tcPr>
          <w:p w14:paraId="5163172A" w14:textId="77777777" w:rsidR="00D5563A" w:rsidRDefault="007A351F" w:rsidP="00D5563A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  <w:lang w:val="it-IT"/>
              </w:rPr>
            </w:pPr>
            <w:r w:rsidRPr="003F4686">
              <w:rPr>
                <w:rFonts w:cstheme="minorHAnsi"/>
                <w:lang w:val="it-IT"/>
              </w:rPr>
              <w:t xml:space="preserve">Media complessiva dei voti scrutinio finale </w:t>
            </w:r>
            <w:proofErr w:type="spellStart"/>
            <w:r w:rsidRPr="003F4686">
              <w:rPr>
                <w:rFonts w:cstheme="minorHAnsi"/>
                <w:lang w:val="it-IT"/>
              </w:rPr>
              <w:t>a.s.</w:t>
            </w:r>
            <w:proofErr w:type="spellEnd"/>
            <w:r w:rsidRPr="003F4686">
              <w:rPr>
                <w:rFonts w:cstheme="minorHAnsi"/>
                <w:lang w:val="it-IT"/>
              </w:rPr>
              <w:t xml:space="preserve"> 2024/25 (max punti 10)</w:t>
            </w:r>
          </w:p>
          <w:p w14:paraId="7F5C7B7C" w14:textId="689C9C9D" w:rsidR="00D5563A" w:rsidRDefault="00D5563A" w:rsidP="00D5563A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lang w:val="it-IT"/>
              </w:rPr>
            </w:pPr>
            <w:r w:rsidRPr="00D5563A">
              <w:rPr>
                <w:lang w:val="it-IT"/>
              </w:rPr>
              <w:t xml:space="preserve">voti nelle </w:t>
            </w:r>
            <w:r>
              <w:rPr>
                <w:lang w:val="it-IT"/>
              </w:rPr>
              <w:t xml:space="preserve">seguenti </w:t>
            </w:r>
            <w:r w:rsidRPr="00D5563A">
              <w:rPr>
                <w:lang w:val="it-IT"/>
              </w:rPr>
              <w:t>discipline di indirizzo</w:t>
            </w:r>
            <w:r>
              <w:rPr>
                <w:lang w:val="it-IT"/>
              </w:rPr>
              <w:t>:</w:t>
            </w:r>
          </w:p>
          <w:p w14:paraId="5C74E144" w14:textId="6419AA15" w:rsidR="00D5563A" w:rsidRDefault="00D5563A" w:rsidP="008F7A08">
            <w:pPr>
              <w:pStyle w:val="Corpotesto"/>
              <w:spacing w:after="0" w:line="312" w:lineRule="auto"/>
              <w:ind w:left="142" w:right="601"/>
              <w:jc w:val="both"/>
              <w:rPr>
                <w:lang w:val="it-IT"/>
              </w:rPr>
            </w:pP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  <w:t>___________________                  ____________________</w:t>
            </w:r>
          </w:p>
          <w:p w14:paraId="71CE450A" w14:textId="4B41A440" w:rsidR="00D5563A" w:rsidRDefault="00D5563A" w:rsidP="008F7A08">
            <w:pPr>
              <w:pStyle w:val="Corpotesto"/>
              <w:spacing w:after="0" w:line="312" w:lineRule="auto"/>
              <w:ind w:left="142" w:right="601"/>
              <w:jc w:val="both"/>
              <w:rPr>
                <w:lang w:val="it-IT"/>
              </w:rPr>
            </w:pPr>
            <w:r>
              <w:rPr>
                <w:lang w:val="it-IT"/>
              </w:rPr>
              <w:t>________________</w:t>
            </w:r>
            <w:r>
              <w:rPr>
                <w:lang w:val="it-IT"/>
              </w:rPr>
              <w:softHyphen/>
            </w:r>
            <w:r>
              <w:rPr>
                <w:lang w:val="it-IT"/>
              </w:rPr>
              <w:softHyphen/>
              <w:t>___                  ____________________</w:t>
            </w:r>
          </w:p>
          <w:p w14:paraId="79A1F3F1" w14:textId="77777777" w:rsidR="00D5563A" w:rsidRDefault="00D5563A" w:rsidP="008F7A08">
            <w:pPr>
              <w:pStyle w:val="Corpotesto"/>
              <w:spacing w:after="0" w:line="312" w:lineRule="auto"/>
              <w:ind w:left="142" w:right="601"/>
              <w:jc w:val="both"/>
              <w:rPr>
                <w:lang w:val="it-IT"/>
              </w:rPr>
            </w:pPr>
            <w:r>
              <w:rPr>
                <w:lang w:val="it-IT"/>
              </w:rPr>
              <w:t>___________________                  ____________________</w:t>
            </w:r>
          </w:p>
          <w:p w14:paraId="6BFAE5EC" w14:textId="4B7145EE" w:rsidR="00D5563A" w:rsidRPr="00D5563A" w:rsidRDefault="00D5563A" w:rsidP="008F7A08">
            <w:pPr>
              <w:pStyle w:val="Corpotesto"/>
              <w:spacing w:after="0"/>
              <w:ind w:left="142" w:right="601"/>
              <w:jc w:val="both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Media………….</w:t>
            </w:r>
          </w:p>
        </w:tc>
        <w:tc>
          <w:tcPr>
            <w:tcW w:w="2494" w:type="dxa"/>
          </w:tcPr>
          <w:p w14:paraId="5394972C" w14:textId="77777777" w:rsidR="00D5563A" w:rsidRDefault="00D5563A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  <w:lang w:val="it-IT"/>
              </w:rPr>
            </w:pPr>
          </w:p>
          <w:p w14:paraId="13538234" w14:textId="77777777" w:rsidR="007A351F" w:rsidRPr="003F4686" w:rsidRDefault="007A351F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  <w:lang w:val="it-IT"/>
              </w:rPr>
            </w:pPr>
            <w:r w:rsidRPr="003F4686">
              <w:rPr>
                <w:rFonts w:cstheme="minorHAnsi"/>
                <w:lang w:val="it-IT"/>
              </w:rPr>
              <w:t>Voto ≥9 - punti 10</w:t>
            </w:r>
          </w:p>
          <w:p w14:paraId="05B6B4EC" w14:textId="77777777" w:rsidR="007A351F" w:rsidRPr="003F4686" w:rsidRDefault="007A351F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  <w:lang w:val="it-IT"/>
              </w:rPr>
            </w:pPr>
            <w:r w:rsidRPr="003F4686">
              <w:rPr>
                <w:rFonts w:cstheme="minorHAnsi"/>
                <w:lang w:val="it-IT"/>
              </w:rPr>
              <w:t>Voto ≥8 - punti 8</w:t>
            </w:r>
          </w:p>
          <w:p w14:paraId="4D4785C5" w14:textId="77777777" w:rsidR="007A351F" w:rsidRPr="003F4686" w:rsidRDefault="007A351F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  <w:lang w:val="it-IT"/>
              </w:rPr>
            </w:pPr>
            <w:r w:rsidRPr="003F4686">
              <w:rPr>
                <w:rFonts w:cstheme="minorHAnsi"/>
                <w:lang w:val="it-IT"/>
              </w:rPr>
              <w:t>Voto ≥7 - punti 6</w:t>
            </w:r>
          </w:p>
          <w:p w14:paraId="4BE3ADB5" w14:textId="77777777" w:rsidR="007A351F" w:rsidRPr="00152D53" w:rsidRDefault="007A351F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</w:rPr>
            </w:pPr>
            <w:r w:rsidRPr="00152D53">
              <w:rPr>
                <w:rFonts w:cstheme="minorHAnsi"/>
              </w:rPr>
              <w:t xml:space="preserve">Voto ≥6 - </w:t>
            </w:r>
            <w:proofErr w:type="spellStart"/>
            <w:r w:rsidRPr="00152D53">
              <w:rPr>
                <w:rFonts w:cstheme="minorHAnsi"/>
              </w:rPr>
              <w:t>punti</w:t>
            </w:r>
            <w:proofErr w:type="spellEnd"/>
            <w:r w:rsidRPr="00152D53">
              <w:rPr>
                <w:rFonts w:cstheme="minorHAnsi"/>
              </w:rPr>
              <w:t xml:space="preserve"> 4</w:t>
            </w:r>
          </w:p>
        </w:tc>
        <w:tc>
          <w:tcPr>
            <w:tcW w:w="2583" w:type="dxa"/>
          </w:tcPr>
          <w:p w14:paraId="0678596A" w14:textId="77777777" w:rsidR="007A351F" w:rsidRDefault="007A351F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</w:rPr>
            </w:pPr>
          </w:p>
          <w:p w14:paraId="520AF699" w14:textId="77777777" w:rsidR="00D5563A" w:rsidRDefault="00D5563A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Media </w:t>
            </w:r>
            <w:proofErr w:type="spellStart"/>
            <w:r>
              <w:rPr>
                <w:rFonts w:cstheme="minorHAnsi"/>
              </w:rPr>
              <w:t>compessiva</w:t>
            </w:r>
            <w:proofErr w:type="spellEnd"/>
          </w:p>
          <w:p w14:paraId="7C9D3A4D" w14:textId="77777777" w:rsidR="00187847" w:rsidRDefault="00187847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</w:rPr>
            </w:pPr>
          </w:p>
          <w:p w14:paraId="25230124" w14:textId="77777777" w:rsidR="00D5563A" w:rsidRDefault="00D5563A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………………………….</w:t>
            </w:r>
          </w:p>
          <w:p w14:paraId="4AEF8E94" w14:textId="77777777" w:rsidR="00D5563A" w:rsidRDefault="00D5563A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</w:rPr>
            </w:pPr>
          </w:p>
          <w:p w14:paraId="788BDC1B" w14:textId="5D255791" w:rsidR="00D5563A" w:rsidRPr="00152D53" w:rsidRDefault="00D5563A" w:rsidP="00187847">
            <w:pPr>
              <w:pStyle w:val="Corpotesto"/>
              <w:spacing w:before="39" w:line="312" w:lineRule="auto"/>
              <w:ind w:right="603"/>
              <w:jc w:val="both"/>
              <w:rPr>
                <w:rFonts w:cstheme="minorHAnsi"/>
              </w:rPr>
            </w:pPr>
          </w:p>
        </w:tc>
      </w:tr>
      <w:tr w:rsidR="007A351F" w:rsidRPr="00152D53" w14:paraId="6DF2CC79" w14:textId="77777777" w:rsidTr="007A351F">
        <w:trPr>
          <w:trHeight w:val="1610"/>
        </w:trPr>
        <w:tc>
          <w:tcPr>
            <w:tcW w:w="4849" w:type="dxa"/>
          </w:tcPr>
          <w:p w14:paraId="36D29A01" w14:textId="77777777" w:rsidR="007A351F" w:rsidRDefault="007A351F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  <w:lang w:val="it-IT"/>
              </w:rPr>
            </w:pPr>
            <w:r w:rsidRPr="003F4686">
              <w:rPr>
                <w:rFonts w:cstheme="minorHAnsi"/>
                <w:lang w:val="it-IT"/>
              </w:rPr>
              <w:t>Voto in inglese, francese e spagnolo (</w:t>
            </w:r>
            <w:proofErr w:type="spellStart"/>
            <w:r w:rsidRPr="003F4686">
              <w:rPr>
                <w:rFonts w:cstheme="minorHAnsi"/>
                <w:lang w:val="it-IT"/>
              </w:rPr>
              <w:t>a.s.</w:t>
            </w:r>
            <w:proofErr w:type="spellEnd"/>
            <w:r w:rsidRPr="003F4686">
              <w:rPr>
                <w:rFonts w:cstheme="minorHAnsi"/>
                <w:lang w:val="it-IT"/>
              </w:rPr>
              <w:t xml:space="preserve"> 2024/25) (max punti 5)</w:t>
            </w:r>
          </w:p>
          <w:p w14:paraId="026DA669" w14:textId="09A3232D" w:rsidR="00187847" w:rsidRPr="003F4686" w:rsidRDefault="00187847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2494" w:type="dxa"/>
          </w:tcPr>
          <w:p w14:paraId="4395C231" w14:textId="77777777" w:rsidR="007A351F" w:rsidRPr="003F4686" w:rsidRDefault="007A351F" w:rsidP="008F7A08">
            <w:pPr>
              <w:pStyle w:val="Corpotesto"/>
              <w:spacing w:after="0" w:line="360" w:lineRule="auto"/>
              <w:ind w:left="148" w:right="601" w:hanging="6"/>
              <w:jc w:val="both"/>
              <w:rPr>
                <w:rFonts w:cstheme="minorHAnsi"/>
                <w:lang w:val="it-IT"/>
              </w:rPr>
            </w:pPr>
            <w:r w:rsidRPr="003F4686">
              <w:rPr>
                <w:rFonts w:cstheme="minorHAnsi"/>
                <w:lang w:val="it-IT"/>
              </w:rPr>
              <w:t>Voto ≥9 - punti 5</w:t>
            </w:r>
          </w:p>
          <w:p w14:paraId="6347A68C" w14:textId="77777777" w:rsidR="007A351F" w:rsidRPr="003F4686" w:rsidRDefault="007A351F" w:rsidP="008F7A08">
            <w:pPr>
              <w:pStyle w:val="Corpotesto"/>
              <w:spacing w:after="0" w:line="360" w:lineRule="auto"/>
              <w:ind w:left="148" w:right="601" w:hanging="6"/>
              <w:jc w:val="both"/>
              <w:rPr>
                <w:rFonts w:cstheme="minorHAnsi"/>
                <w:lang w:val="it-IT"/>
              </w:rPr>
            </w:pPr>
            <w:r w:rsidRPr="003F4686">
              <w:rPr>
                <w:rFonts w:cstheme="minorHAnsi"/>
                <w:lang w:val="it-IT"/>
              </w:rPr>
              <w:t>Voto ≥8 - punti 4</w:t>
            </w:r>
          </w:p>
          <w:p w14:paraId="4ECD240C" w14:textId="77777777" w:rsidR="007A351F" w:rsidRPr="003F4686" w:rsidRDefault="007A351F" w:rsidP="008F7A08">
            <w:pPr>
              <w:pStyle w:val="Corpotesto"/>
              <w:spacing w:after="0" w:line="360" w:lineRule="auto"/>
              <w:ind w:left="148" w:right="601" w:hanging="6"/>
              <w:jc w:val="both"/>
              <w:rPr>
                <w:rFonts w:cstheme="minorHAnsi"/>
                <w:lang w:val="it-IT"/>
              </w:rPr>
            </w:pPr>
            <w:r w:rsidRPr="003F4686">
              <w:rPr>
                <w:rFonts w:cstheme="minorHAnsi"/>
                <w:lang w:val="it-IT"/>
              </w:rPr>
              <w:t>Voto ≥7 - punti 3</w:t>
            </w:r>
          </w:p>
          <w:p w14:paraId="2EECBC5F" w14:textId="77777777" w:rsidR="007A351F" w:rsidRPr="00152D53" w:rsidRDefault="007A351F" w:rsidP="008F7A08">
            <w:pPr>
              <w:pStyle w:val="Corpotesto"/>
              <w:spacing w:after="0" w:line="360" w:lineRule="auto"/>
              <w:ind w:left="148" w:right="601" w:hanging="6"/>
              <w:jc w:val="both"/>
              <w:rPr>
                <w:rFonts w:cstheme="minorHAnsi"/>
              </w:rPr>
            </w:pPr>
            <w:r w:rsidRPr="00152D53">
              <w:rPr>
                <w:rFonts w:cstheme="minorHAnsi"/>
              </w:rPr>
              <w:t xml:space="preserve">Voto ≥6 - </w:t>
            </w:r>
            <w:proofErr w:type="spellStart"/>
            <w:r w:rsidRPr="00152D53">
              <w:rPr>
                <w:rFonts w:cstheme="minorHAnsi"/>
              </w:rPr>
              <w:t>punti</w:t>
            </w:r>
            <w:proofErr w:type="spellEnd"/>
            <w:r w:rsidRPr="00152D53">
              <w:rPr>
                <w:rFonts w:cstheme="minorHAnsi"/>
              </w:rPr>
              <w:t xml:space="preserve"> 2</w:t>
            </w:r>
          </w:p>
          <w:p w14:paraId="4B036473" w14:textId="77777777" w:rsidR="007A351F" w:rsidRPr="00152D53" w:rsidRDefault="007A351F" w:rsidP="008F7A08">
            <w:pPr>
              <w:pStyle w:val="Corpotesto"/>
              <w:spacing w:after="0" w:line="360" w:lineRule="auto"/>
              <w:ind w:left="148" w:right="601" w:hanging="6"/>
              <w:jc w:val="both"/>
              <w:rPr>
                <w:rFonts w:cstheme="minorHAnsi"/>
              </w:rPr>
            </w:pPr>
            <w:r w:rsidRPr="00152D53">
              <w:rPr>
                <w:rFonts w:cstheme="minorHAnsi"/>
              </w:rPr>
              <w:t xml:space="preserve">Voto ≥5 – </w:t>
            </w:r>
            <w:proofErr w:type="spellStart"/>
            <w:r w:rsidRPr="00152D53">
              <w:rPr>
                <w:rFonts w:cstheme="minorHAnsi"/>
              </w:rPr>
              <w:t>punti</w:t>
            </w:r>
            <w:proofErr w:type="spellEnd"/>
            <w:r w:rsidRPr="00152D53">
              <w:rPr>
                <w:rFonts w:cstheme="minorHAnsi"/>
              </w:rPr>
              <w:t xml:space="preserve"> 1</w:t>
            </w:r>
          </w:p>
        </w:tc>
        <w:tc>
          <w:tcPr>
            <w:tcW w:w="2583" w:type="dxa"/>
          </w:tcPr>
          <w:p w14:paraId="5C3164BF" w14:textId="77777777" w:rsidR="007A351F" w:rsidRPr="00152D53" w:rsidRDefault="007A351F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</w:rPr>
            </w:pPr>
          </w:p>
        </w:tc>
      </w:tr>
      <w:tr w:rsidR="007A351F" w:rsidRPr="003F4686" w14:paraId="379AB15E" w14:textId="77777777" w:rsidTr="007A351F">
        <w:trPr>
          <w:trHeight w:val="1072"/>
        </w:trPr>
        <w:tc>
          <w:tcPr>
            <w:tcW w:w="4849" w:type="dxa"/>
          </w:tcPr>
          <w:p w14:paraId="169B3D0A" w14:textId="718B84EB" w:rsidR="007A351F" w:rsidRPr="003F4686" w:rsidRDefault="007A351F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  <w:lang w:val="it-IT"/>
              </w:rPr>
            </w:pPr>
            <w:r w:rsidRPr="003F4686">
              <w:rPr>
                <w:rFonts w:cstheme="minorHAnsi"/>
                <w:lang w:val="it-IT"/>
              </w:rPr>
              <w:t xml:space="preserve">Voto di comportamento </w:t>
            </w:r>
            <w:r w:rsidR="003700DE" w:rsidRPr="003F4686">
              <w:rPr>
                <w:rFonts w:cstheme="minorHAnsi"/>
                <w:lang w:val="it-IT"/>
              </w:rPr>
              <w:t xml:space="preserve">≥8 </w:t>
            </w:r>
            <w:r w:rsidRPr="003F4686">
              <w:rPr>
                <w:rFonts w:cstheme="minorHAnsi"/>
                <w:lang w:val="it-IT"/>
              </w:rPr>
              <w:t>(</w:t>
            </w:r>
            <w:proofErr w:type="spellStart"/>
            <w:r w:rsidRPr="003F4686">
              <w:rPr>
                <w:rFonts w:cstheme="minorHAnsi"/>
                <w:lang w:val="it-IT"/>
              </w:rPr>
              <w:t>a.s.</w:t>
            </w:r>
            <w:proofErr w:type="spellEnd"/>
            <w:r w:rsidRPr="003F4686">
              <w:rPr>
                <w:rFonts w:cstheme="minorHAnsi"/>
                <w:lang w:val="it-IT"/>
              </w:rPr>
              <w:t xml:space="preserve"> 2024/25) (max punti 5)</w:t>
            </w:r>
          </w:p>
        </w:tc>
        <w:tc>
          <w:tcPr>
            <w:tcW w:w="2494" w:type="dxa"/>
          </w:tcPr>
          <w:p w14:paraId="5C815E81" w14:textId="77777777" w:rsidR="007A351F" w:rsidRPr="003F4686" w:rsidRDefault="007A351F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  <w:lang w:val="it-IT"/>
              </w:rPr>
            </w:pPr>
            <w:r w:rsidRPr="003F4686">
              <w:rPr>
                <w:rFonts w:cstheme="minorHAnsi"/>
                <w:lang w:val="it-IT"/>
              </w:rPr>
              <w:t>Voto 10 punti 5</w:t>
            </w:r>
          </w:p>
          <w:p w14:paraId="6A136BB4" w14:textId="77777777" w:rsidR="007A351F" w:rsidRPr="003F4686" w:rsidRDefault="007A351F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  <w:lang w:val="it-IT"/>
              </w:rPr>
            </w:pPr>
            <w:r w:rsidRPr="003F4686">
              <w:rPr>
                <w:rFonts w:cstheme="minorHAnsi"/>
                <w:lang w:val="it-IT"/>
              </w:rPr>
              <w:t>Voto 9 punti 3</w:t>
            </w:r>
          </w:p>
          <w:p w14:paraId="0617C75D" w14:textId="77777777" w:rsidR="007A351F" w:rsidRPr="003F4686" w:rsidRDefault="007A351F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  <w:lang w:val="it-IT"/>
              </w:rPr>
            </w:pPr>
            <w:r w:rsidRPr="003F4686">
              <w:rPr>
                <w:rFonts w:cstheme="minorHAnsi"/>
                <w:lang w:val="it-IT"/>
              </w:rPr>
              <w:t>Voto 8 punti 1</w:t>
            </w:r>
          </w:p>
        </w:tc>
        <w:tc>
          <w:tcPr>
            <w:tcW w:w="2583" w:type="dxa"/>
          </w:tcPr>
          <w:p w14:paraId="5947EEA2" w14:textId="77777777" w:rsidR="007A351F" w:rsidRPr="003F4686" w:rsidRDefault="007A351F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  <w:lang w:val="it-IT"/>
              </w:rPr>
            </w:pPr>
          </w:p>
        </w:tc>
      </w:tr>
      <w:tr w:rsidR="007A351F" w:rsidRPr="00152D53" w14:paraId="36760B91" w14:textId="77777777" w:rsidTr="007A351F">
        <w:trPr>
          <w:trHeight w:val="1072"/>
        </w:trPr>
        <w:tc>
          <w:tcPr>
            <w:tcW w:w="4849" w:type="dxa"/>
          </w:tcPr>
          <w:p w14:paraId="449327EF" w14:textId="76D1B4D2" w:rsidR="007A351F" w:rsidRPr="003F4686" w:rsidRDefault="008F7A08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  <w:lang w:val="it-IT"/>
              </w:rPr>
            </w:pPr>
            <w:r>
              <w:rPr>
                <w:rFonts w:cstheme="minorHAnsi"/>
                <w:lang w:val="it-IT"/>
              </w:rPr>
              <w:t>Certificazione Linguistica</w:t>
            </w:r>
          </w:p>
        </w:tc>
        <w:tc>
          <w:tcPr>
            <w:tcW w:w="2494" w:type="dxa"/>
          </w:tcPr>
          <w:p w14:paraId="3186E2AC" w14:textId="321132D6" w:rsidR="008F7A08" w:rsidRPr="004D02C3" w:rsidRDefault="008F7A08" w:rsidP="008F7A08">
            <w:pPr>
              <w:pStyle w:val="TableParagraph"/>
              <w:spacing w:before="38" w:line="240" w:lineRule="auto"/>
              <w:ind w:left="0" w:right="581" w:firstLine="145"/>
              <w:jc w:val="both"/>
              <w:rPr>
                <w:rFonts w:asciiTheme="minorHAnsi" w:hAnsiTheme="minorHAnsi" w:cstheme="minorHAnsi"/>
              </w:rPr>
            </w:pPr>
            <w:r w:rsidRPr="004D02C3">
              <w:rPr>
                <w:rFonts w:asciiTheme="minorHAnsi" w:hAnsiTheme="minorHAnsi" w:cstheme="minorHAnsi"/>
              </w:rPr>
              <w:t>B2 – punti 2</w:t>
            </w:r>
          </w:p>
          <w:p w14:paraId="5C6FCBEC" w14:textId="1EB2B65B" w:rsidR="007A351F" w:rsidRPr="00152D53" w:rsidRDefault="008F7A08" w:rsidP="008F7A08">
            <w:pPr>
              <w:pStyle w:val="Corpotesto"/>
              <w:spacing w:before="39" w:line="312" w:lineRule="auto"/>
              <w:ind w:right="603" w:firstLine="145"/>
              <w:jc w:val="both"/>
              <w:rPr>
                <w:rFonts w:cstheme="minorHAnsi"/>
              </w:rPr>
            </w:pPr>
            <w:r w:rsidRPr="004D02C3">
              <w:rPr>
                <w:rFonts w:cstheme="minorHAnsi"/>
              </w:rPr>
              <w:t xml:space="preserve">B1 – </w:t>
            </w:r>
            <w:proofErr w:type="spellStart"/>
            <w:r w:rsidRPr="004D02C3">
              <w:rPr>
                <w:rFonts w:cstheme="minorHAnsi"/>
              </w:rPr>
              <w:t>punti</w:t>
            </w:r>
            <w:proofErr w:type="spellEnd"/>
            <w:r w:rsidRPr="004D02C3">
              <w:rPr>
                <w:rFonts w:cstheme="minorHAnsi"/>
              </w:rPr>
              <w:t xml:space="preserve"> 1</w:t>
            </w:r>
          </w:p>
        </w:tc>
        <w:tc>
          <w:tcPr>
            <w:tcW w:w="2583" w:type="dxa"/>
          </w:tcPr>
          <w:p w14:paraId="47EEFD3E" w14:textId="77777777" w:rsidR="007A351F" w:rsidRPr="00152D53" w:rsidRDefault="007A351F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</w:rPr>
            </w:pPr>
          </w:p>
        </w:tc>
      </w:tr>
      <w:tr w:rsidR="007A351F" w:rsidRPr="00152D53" w14:paraId="514DACB1" w14:textId="77777777">
        <w:trPr>
          <w:trHeight w:val="1072"/>
        </w:trPr>
        <w:tc>
          <w:tcPr>
            <w:tcW w:w="4849" w:type="dxa"/>
          </w:tcPr>
          <w:p w14:paraId="2E0CDBE6" w14:textId="4F1DDD45" w:rsidR="007A351F" w:rsidRPr="00152D53" w:rsidRDefault="007A351F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TOTALE</w:t>
            </w:r>
          </w:p>
        </w:tc>
        <w:tc>
          <w:tcPr>
            <w:tcW w:w="5077" w:type="dxa"/>
            <w:gridSpan w:val="2"/>
          </w:tcPr>
          <w:p w14:paraId="07A147D7" w14:textId="77777777" w:rsidR="007A351F" w:rsidRPr="00152D53" w:rsidRDefault="007A351F">
            <w:pPr>
              <w:pStyle w:val="Corpotesto"/>
              <w:spacing w:before="39" w:line="312" w:lineRule="auto"/>
              <w:ind w:left="143" w:right="603" w:hanging="3"/>
              <w:jc w:val="both"/>
              <w:rPr>
                <w:rFonts w:cstheme="minorHAnsi"/>
              </w:rPr>
            </w:pPr>
          </w:p>
        </w:tc>
      </w:tr>
    </w:tbl>
    <w:p w14:paraId="4ADAA4D0" w14:textId="6F93EB0D" w:rsidR="008374CE" w:rsidRPr="003F4686" w:rsidRDefault="006330C0">
      <w:pPr>
        <w:rPr>
          <w:lang w:val="it-IT"/>
        </w:rPr>
      </w:pPr>
      <w:r w:rsidRPr="003F4686">
        <w:rPr>
          <w:lang w:val="it-IT"/>
        </w:rPr>
        <w:t>Dichiara</w:t>
      </w:r>
      <w:r w:rsidR="00DA43A3" w:rsidRPr="003F4686">
        <w:rPr>
          <w:lang w:val="it-IT"/>
        </w:rPr>
        <w:t>,</w:t>
      </w:r>
      <w:r w:rsidRPr="003F4686">
        <w:rPr>
          <w:lang w:val="it-IT"/>
        </w:rPr>
        <w:t xml:space="preserve"> inoltre</w:t>
      </w:r>
      <w:r w:rsidR="00DA43A3" w:rsidRPr="003F4686">
        <w:rPr>
          <w:lang w:val="it-IT"/>
        </w:rPr>
        <w:t>,</w:t>
      </w:r>
      <w:r w:rsidRPr="003F4686">
        <w:rPr>
          <w:lang w:val="it-IT"/>
        </w:rPr>
        <w:t xml:space="preserve"> di essere in regola con i contributi scolastici e </w:t>
      </w:r>
      <w:r w:rsidR="00DA43A3" w:rsidRPr="003F4686">
        <w:rPr>
          <w:lang w:val="it-IT"/>
        </w:rPr>
        <w:t>che il /la proprio/</w:t>
      </w:r>
      <w:proofErr w:type="gramStart"/>
      <w:r w:rsidR="00DA43A3" w:rsidRPr="003F4686">
        <w:rPr>
          <w:lang w:val="it-IT"/>
        </w:rPr>
        <w:t>a  figlio</w:t>
      </w:r>
      <w:proofErr w:type="gramEnd"/>
      <w:r w:rsidR="00DA43A3" w:rsidRPr="003F4686">
        <w:rPr>
          <w:lang w:val="it-IT"/>
        </w:rPr>
        <w:t>/a</w:t>
      </w:r>
      <w:r w:rsidRPr="003F4686">
        <w:rPr>
          <w:lang w:val="it-IT"/>
        </w:rPr>
        <w:t xml:space="preserve"> non </w:t>
      </w:r>
      <w:r w:rsidR="00DA43A3" w:rsidRPr="003F4686">
        <w:rPr>
          <w:lang w:val="it-IT"/>
        </w:rPr>
        <w:t xml:space="preserve">ha </w:t>
      </w:r>
      <w:r w:rsidRPr="003F4686">
        <w:rPr>
          <w:lang w:val="it-IT"/>
        </w:rPr>
        <w:t>riportato sanzioni disciplinari negli ultimi due anni scolastici</w:t>
      </w:r>
      <w:r w:rsidR="00DA43A3" w:rsidRPr="003F4686">
        <w:rPr>
          <w:lang w:val="it-IT"/>
        </w:rPr>
        <w:t xml:space="preserve"> e nel corrente anno scolastico</w:t>
      </w:r>
      <w:r w:rsidRPr="003F4686">
        <w:rPr>
          <w:lang w:val="it-IT"/>
        </w:rPr>
        <w:t>.</w:t>
      </w:r>
    </w:p>
    <w:p w14:paraId="781B6192" w14:textId="1DDC4CE3" w:rsidR="003F4686" w:rsidRDefault="006330C0">
      <w:pPr>
        <w:rPr>
          <w:lang w:val="it-IT"/>
        </w:rPr>
      </w:pPr>
      <w:r w:rsidRPr="003F4686">
        <w:rPr>
          <w:lang w:val="it-IT"/>
        </w:rPr>
        <w:t>Data ____________</w:t>
      </w:r>
      <w:r w:rsidR="00DA43A3" w:rsidRPr="003F4686">
        <w:rPr>
          <w:lang w:val="it-IT"/>
        </w:rPr>
        <w:t xml:space="preserve">     </w:t>
      </w:r>
    </w:p>
    <w:p w14:paraId="2416589C" w14:textId="56C56805" w:rsidR="00130730" w:rsidRPr="003F4686" w:rsidRDefault="006330C0">
      <w:pPr>
        <w:rPr>
          <w:lang w:val="it-IT"/>
        </w:rPr>
      </w:pPr>
      <w:r w:rsidRPr="003F4686">
        <w:rPr>
          <w:lang w:val="it-IT"/>
        </w:rPr>
        <w:t xml:space="preserve"> Firma Studente ________________________</w:t>
      </w:r>
      <w:r w:rsidR="00021F23" w:rsidRPr="003F4686">
        <w:rPr>
          <w:lang w:val="it-IT"/>
        </w:rPr>
        <w:t xml:space="preserve">         </w:t>
      </w:r>
      <w:r w:rsidR="00D5563A">
        <w:rPr>
          <w:lang w:val="it-IT"/>
        </w:rPr>
        <w:t xml:space="preserve"> </w:t>
      </w:r>
      <w:r w:rsidR="00021F23" w:rsidRPr="003F4686">
        <w:rPr>
          <w:lang w:val="it-IT"/>
        </w:rPr>
        <w:t xml:space="preserve">  Firma del Genitore/Tutore _____________________</w:t>
      </w:r>
    </w:p>
    <w:sectPr w:rsidR="00130730" w:rsidRPr="003F4686" w:rsidSect="00055B40">
      <w:headerReference w:type="default" r:id="rId11"/>
      <w:pgSz w:w="12240" w:h="15840"/>
      <w:pgMar w:top="1440" w:right="1041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14BF3" w14:textId="77777777" w:rsidR="00FD16FD" w:rsidRDefault="00FD16FD" w:rsidP="007C7F85">
      <w:pPr>
        <w:spacing w:after="0" w:line="240" w:lineRule="auto"/>
      </w:pPr>
      <w:r>
        <w:separator/>
      </w:r>
    </w:p>
  </w:endnote>
  <w:endnote w:type="continuationSeparator" w:id="0">
    <w:p w14:paraId="1CCE048B" w14:textId="77777777" w:rsidR="00FD16FD" w:rsidRDefault="00FD16FD" w:rsidP="007C7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e Olive Roman">
    <w:altName w:val="Corbel"/>
    <w:charset w:val="00"/>
    <w:family w:val="swiss"/>
    <w:pitch w:val="variable"/>
    <w:sig w:usb0="00000001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567CA" w14:textId="77777777" w:rsidR="00FD16FD" w:rsidRDefault="00FD16FD" w:rsidP="007C7F85">
      <w:pPr>
        <w:spacing w:after="0" w:line="240" w:lineRule="auto"/>
      </w:pPr>
      <w:r>
        <w:separator/>
      </w:r>
    </w:p>
  </w:footnote>
  <w:footnote w:type="continuationSeparator" w:id="0">
    <w:p w14:paraId="0B7D9831" w14:textId="77777777" w:rsidR="00FD16FD" w:rsidRDefault="00FD16FD" w:rsidP="007C7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F239A" w14:textId="7418AC94" w:rsidR="007C7F85" w:rsidRDefault="007C7F85">
    <w:pPr>
      <w:pStyle w:val="Intestazione"/>
    </w:pPr>
    <w:r>
      <w:rPr>
        <w:rFonts w:ascii="Times New Roman" w:eastAsia="Times New Roman" w:hAnsi="Times New Roman"/>
        <w:noProof/>
        <w:lang w:val="it-IT" w:eastAsia="it-IT"/>
      </w:rPr>
      <w:drawing>
        <wp:inline distT="0" distB="0" distL="0" distR="0" wp14:anchorId="71A1A9F7" wp14:editId="620260D7">
          <wp:extent cx="6116321" cy="1083902"/>
          <wp:effectExtent l="0" t="0" r="0" b="1948"/>
          <wp:docPr id="26366504" name="Immagine 3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1" cy="10839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FF3C5D"/>
    <w:multiLevelType w:val="hybridMultilevel"/>
    <w:tmpl w:val="D59C7AF0"/>
    <w:lvl w:ilvl="0" w:tplc="E20ECB7A">
      <w:numFmt w:val="bullet"/>
      <w:lvlText w:val="•"/>
      <w:lvlJc w:val="left"/>
      <w:pPr>
        <w:ind w:left="587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01427D0">
      <w:numFmt w:val="bullet"/>
      <w:lvlText w:val=""/>
      <w:lvlJc w:val="left"/>
      <w:pPr>
        <w:ind w:left="100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D945D24">
      <w:numFmt w:val="bullet"/>
      <w:lvlText w:val="•"/>
      <w:lvlJc w:val="left"/>
      <w:pPr>
        <w:ind w:left="2118" w:hanging="361"/>
      </w:pPr>
      <w:rPr>
        <w:rFonts w:hint="default"/>
        <w:lang w:val="it-IT" w:eastAsia="en-US" w:bidi="ar-SA"/>
      </w:rPr>
    </w:lvl>
    <w:lvl w:ilvl="3" w:tplc="BEDEC078">
      <w:numFmt w:val="bullet"/>
      <w:lvlText w:val="•"/>
      <w:lvlJc w:val="left"/>
      <w:pPr>
        <w:ind w:left="3236" w:hanging="361"/>
      </w:pPr>
      <w:rPr>
        <w:rFonts w:hint="default"/>
        <w:lang w:val="it-IT" w:eastAsia="en-US" w:bidi="ar-SA"/>
      </w:rPr>
    </w:lvl>
    <w:lvl w:ilvl="4" w:tplc="576678AE">
      <w:numFmt w:val="bullet"/>
      <w:lvlText w:val="•"/>
      <w:lvlJc w:val="left"/>
      <w:pPr>
        <w:ind w:left="4354" w:hanging="361"/>
      </w:pPr>
      <w:rPr>
        <w:rFonts w:hint="default"/>
        <w:lang w:val="it-IT" w:eastAsia="en-US" w:bidi="ar-SA"/>
      </w:rPr>
    </w:lvl>
    <w:lvl w:ilvl="5" w:tplc="1946E81A">
      <w:numFmt w:val="bullet"/>
      <w:lvlText w:val="•"/>
      <w:lvlJc w:val="left"/>
      <w:pPr>
        <w:ind w:left="5472" w:hanging="361"/>
      </w:pPr>
      <w:rPr>
        <w:rFonts w:hint="default"/>
        <w:lang w:val="it-IT" w:eastAsia="en-US" w:bidi="ar-SA"/>
      </w:rPr>
    </w:lvl>
    <w:lvl w:ilvl="6" w:tplc="DE24C61E">
      <w:numFmt w:val="bullet"/>
      <w:lvlText w:val="•"/>
      <w:lvlJc w:val="left"/>
      <w:pPr>
        <w:ind w:left="6590" w:hanging="361"/>
      </w:pPr>
      <w:rPr>
        <w:rFonts w:hint="default"/>
        <w:lang w:val="it-IT" w:eastAsia="en-US" w:bidi="ar-SA"/>
      </w:rPr>
    </w:lvl>
    <w:lvl w:ilvl="7" w:tplc="F3DCE8B0">
      <w:numFmt w:val="bullet"/>
      <w:lvlText w:val="•"/>
      <w:lvlJc w:val="left"/>
      <w:pPr>
        <w:ind w:left="7708" w:hanging="361"/>
      </w:pPr>
      <w:rPr>
        <w:rFonts w:hint="default"/>
        <w:lang w:val="it-IT" w:eastAsia="en-US" w:bidi="ar-SA"/>
      </w:rPr>
    </w:lvl>
    <w:lvl w:ilvl="8" w:tplc="612C3F0A">
      <w:numFmt w:val="bullet"/>
      <w:lvlText w:val="•"/>
      <w:lvlJc w:val="left"/>
      <w:pPr>
        <w:ind w:left="8826" w:hanging="361"/>
      </w:pPr>
      <w:rPr>
        <w:rFonts w:hint="default"/>
        <w:lang w:val="it-IT" w:eastAsia="en-US" w:bidi="ar-SA"/>
      </w:rPr>
    </w:lvl>
  </w:abstractNum>
  <w:abstractNum w:abstractNumId="10" w15:restartNumberingAfterBreak="0">
    <w:nsid w:val="24D12C8A"/>
    <w:multiLevelType w:val="hybridMultilevel"/>
    <w:tmpl w:val="DAEC38FA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2B8B2696"/>
    <w:multiLevelType w:val="hybridMultilevel"/>
    <w:tmpl w:val="E8ACBDF4"/>
    <w:lvl w:ilvl="0" w:tplc="0410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2" w15:restartNumberingAfterBreak="0">
    <w:nsid w:val="3D647663"/>
    <w:multiLevelType w:val="hybridMultilevel"/>
    <w:tmpl w:val="EABEFF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083958">
    <w:abstractNumId w:val="8"/>
  </w:num>
  <w:num w:numId="2" w16cid:durableId="1448424563">
    <w:abstractNumId w:val="6"/>
  </w:num>
  <w:num w:numId="3" w16cid:durableId="836505373">
    <w:abstractNumId w:val="5"/>
  </w:num>
  <w:num w:numId="4" w16cid:durableId="26224811">
    <w:abstractNumId w:val="4"/>
  </w:num>
  <w:num w:numId="5" w16cid:durableId="945424041">
    <w:abstractNumId w:val="7"/>
  </w:num>
  <w:num w:numId="6" w16cid:durableId="796290949">
    <w:abstractNumId w:val="3"/>
  </w:num>
  <w:num w:numId="7" w16cid:durableId="315767702">
    <w:abstractNumId w:val="2"/>
  </w:num>
  <w:num w:numId="8" w16cid:durableId="680089649">
    <w:abstractNumId w:val="1"/>
  </w:num>
  <w:num w:numId="9" w16cid:durableId="282621061">
    <w:abstractNumId w:val="0"/>
  </w:num>
  <w:num w:numId="10" w16cid:durableId="1305887259">
    <w:abstractNumId w:val="9"/>
  </w:num>
  <w:num w:numId="11" w16cid:durableId="2018456332">
    <w:abstractNumId w:val="11"/>
  </w:num>
  <w:num w:numId="12" w16cid:durableId="530537654">
    <w:abstractNumId w:val="12"/>
  </w:num>
  <w:num w:numId="13" w16cid:durableId="6467844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1F23"/>
    <w:rsid w:val="00030125"/>
    <w:rsid w:val="00034616"/>
    <w:rsid w:val="0004215D"/>
    <w:rsid w:val="00055B40"/>
    <w:rsid w:val="0006063C"/>
    <w:rsid w:val="00130730"/>
    <w:rsid w:val="0015074B"/>
    <w:rsid w:val="00187847"/>
    <w:rsid w:val="001C184B"/>
    <w:rsid w:val="00221E84"/>
    <w:rsid w:val="00222023"/>
    <w:rsid w:val="0029639D"/>
    <w:rsid w:val="00326F90"/>
    <w:rsid w:val="003700DE"/>
    <w:rsid w:val="003777B7"/>
    <w:rsid w:val="003F4686"/>
    <w:rsid w:val="003F59C2"/>
    <w:rsid w:val="004209DC"/>
    <w:rsid w:val="004569DC"/>
    <w:rsid w:val="004D1DD5"/>
    <w:rsid w:val="00625AED"/>
    <w:rsid w:val="006330C0"/>
    <w:rsid w:val="00713955"/>
    <w:rsid w:val="007A351F"/>
    <w:rsid w:val="007C7F85"/>
    <w:rsid w:val="0082523C"/>
    <w:rsid w:val="008374CE"/>
    <w:rsid w:val="008F7A08"/>
    <w:rsid w:val="00A47627"/>
    <w:rsid w:val="00A9735A"/>
    <w:rsid w:val="00AA1D8D"/>
    <w:rsid w:val="00B47730"/>
    <w:rsid w:val="00B84F63"/>
    <w:rsid w:val="00BC37E5"/>
    <w:rsid w:val="00C344DD"/>
    <w:rsid w:val="00CB0664"/>
    <w:rsid w:val="00D5563A"/>
    <w:rsid w:val="00DA43A3"/>
    <w:rsid w:val="00EE1C8F"/>
    <w:rsid w:val="00FC693F"/>
    <w:rsid w:val="00FD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DCF0AE"/>
  <w14:defaultImageDpi w14:val="300"/>
  <w15:docId w15:val="{DCD565BD-9970-44B0-BBD3-76ED00DFC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1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055B40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7A351F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4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4686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8F7A08"/>
    <w:pPr>
      <w:widowControl w:val="0"/>
      <w:autoSpaceDE w:val="0"/>
      <w:autoSpaceDN w:val="0"/>
      <w:spacing w:after="0" w:line="248" w:lineRule="exact"/>
      <w:ind w:left="4"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sturzo.edu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natd100007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td100007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3EB3FB-26FF-4195-86AA-8BE93CC0E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Cinzia Toricco</cp:lastModifiedBy>
  <cp:revision>2</cp:revision>
  <cp:lastPrinted>2025-12-02T12:14:00Z</cp:lastPrinted>
  <dcterms:created xsi:type="dcterms:W3CDTF">2025-12-02T12:22:00Z</dcterms:created>
  <dcterms:modified xsi:type="dcterms:W3CDTF">2025-12-02T12:22:00Z</dcterms:modified>
  <cp:category/>
</cp:coreProperties>
</file>